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7796" w:rsidRDefault="00E03C61">
      <w:pPr>
        <w:jc w:val="center"/>
      </w:pPr>
      <w:r>
        <w:rPr>
          <w:b/>
          <w:sz w:val="52"/>
        </w:rPr>
        <w:t>EMERGENCY GUIDE</w:t>
      </w:r>
    </w:p>
    <w:p w:rsidR="00BE7796" w:rsidRDefault="00E03C61">
      <w:pPr>
        <w:jc w:val="center"/>
      </w:pPr>
      <w:r>
        <w:rPr>
          <w:b/>
          <w:sz w:val="28"/>
        </w:rPr>
        <w:t>Berkshire Community College</w:t>
      </w:r>
    </w:p>
    <w:tbl>
      <w:tblPr>
        <w:tblW w:w="0" w:type="auto"/>
        <w:jc w:val="center"/>
        <w:tblLook w:val="04A0" w:firstRow="1" w:lastRow="0" w:firstColumn="1" w:lastColumn="0" w:noHBand="0" w:noVBand="1"/>
      </w:tblPr>
      <w:tblGrid>
        <w:gridCol w:w="10368"/>
      </w:tblGrid>
      <w:tr w:rsidR="00BE7796">
        <w:trPr>
          <w:jc w:val="center"/>
        </w:trPr>
        <w:tc>
          <w:tcPr>
            <w:tcW w:w="10368" w:type="dxa"/>
            <w:shd w:val="clear" w:color="auto" w:fill="EAF2F8"/>
            <w:tcMar>
              <w:top w:w="70" w:type="dxa"/>
              <w:left w:w="90" w:type="dxa"/>
              <w:bottom w:w="70" w:type="dxa"/>
              <w:right w:w="90" w:type="dxa"/>
            </w:tcMar>
          </w:tcPr>
          <w:p w:rsidR="00BE7796" w:rsidRDefault="00E03C61">
            <w:r>
              <w:rPr>
                <w:b/>
                <w:sz w:val="24"/>
              </w:rPr>
              <w:t>IN AN EMERGENCY</w:t>
            </w:r>
          </w:p>
          <w:p w:rsidR="00BE7796" w:rsidRDefault="00E03C61">
            <w:pPr>
              <w:pStyle w:val="ListBullet"/>
              <w:spacing w:after="20"/>
            </w:pPr>
            <w:r>
              <w:t>Call 911</w:t>
            </w:r>
          </w:p>
          <w:p w:rsidR="00BE7796" w:rsidRDefault="00E03C61">
            <w:pPr>
              <w:pStyle w:val="ListBullet"/>
              <w:spacing w:after="20"/>
            </w:pPr>
            <w:r>
              <w:t>Stay Calm</w:t>
            </w:r>
          </w:p>
          <w:p w:rsidR="00BE7796" w:rsidRDefault="00E03C61">
            <w:pPr>
              <w:pStyle w:val="ListBullet"/>
              <w:spacing w:after="20"/>
            </w:pPr>
            <w:r>
              <w:t>Campus Safety &amp; Security: 413-236-1010 (24 hours)</w:t>
            </w:r>
          </w:p>
          <w:p w:rsidR="00BE7796" w:rsidRDefault="00E03C61">
            <w:pPr>
              <w:pStyle w:val="ListBullet"/>
              <w:spacing w:after="20"/>
            </w:pPr>
            <w:r>
              <w:t>Campus phone: Emergency button or ext. 6100</w:t>
            </w:r>
          </w:p>
        </w:tc>
      </w:tr>
    </w:tbl>
    <w:p w:rsidR="00BE7796" w:rsidRDefault="00E03C61">
      <w:bookmarkStart w:id="0" w:name="_GoBack"/>
      <w:bookmarkEnd w:id="0"/>
      <w:r>
        <w:br w:type="page"/>
      </w:r>
    </w:p>
    <w:p w:rsidR="00BE7796" w:rsidRDefault="00E03C61">
      <w:pPr>
        <w:spacing w:before="100"/>
      </w:pPr>
      <w:r>
        <w:rPr>
          <w:b/>
          <w:sz w:val="36"/>
        </w:rPr>
        <w:lastRenderedPageBreak/>
        <w:t>EVACUATION</w:t>
      </w:r>
    </w:p>
    <w:p w:rsidR="00BE7796" w:rsidRDefault="00E03C61">
      <w:r>
        <w:t xml:space="preserve">In the event you have been ordered to </w:t>
      </w:r>
      <w:r>
        <w:t>evacuate or a fire alarm has been sounded, if possible, take your belongings, immediately exit the building, and proceed directly to an Emergency Assembly Area (review campus map). Please close doors as you leave. There may be various reasons for evacuatio</w:t>
      </w:r>
      <w:r>
        <w:t>n. Please follow directions you are given at the time of the evacuation.</w:t>
      </w:r>
    </w:p>
    <w:p w:rsidR="00BE7796" w:rsidRDefault="00BE7796"/>
    <w:p w:rsidR="00BE7796" w:rsidRDefault="00E03C61">
      <w:pPr>
        <w:spacing w:before="100"/>
      </w:pPr>
      <w:r>
        <w:rPr>
          <w:b/>
          <w:sz w:val="36"/>
        </w:rPr>
        <w:t>SERIOUS CRIME OR VIOLENCE</w:t>
      </w:r>
    </w:p>
    <w:p w:rsidR="00BE7796" w:rsidRDefault="00E03C61">
      <w:r>
        <w:t>As there are never two situations alike, these procedures are only a guideline.</w:t>
      </w:r>
    </w:p>
    <w:p w:rsidR="00BE7796" w:rsidRDefault="00E03C61">
      <w:r>
        <w:t>Don’t Wait if you observe a criminal act, take action!</w:t>
      </w:r>
    </w:p>
    <w:tbl>
      <w:tblPr>
        <w:tblW w:w="0" w:type="auto"/>
        <w:jc w:val="center"/>
        <w:tblLook w:val="04A0" w:firstRow="1" w:lastRow="0" w:firstColumn="1" w:lastColumn="0" w:noHBand="0" w:noVBand="1"/>
      </w:tblPr>
      <w:tblGrid>
        <w:gridCol w:w="10368"/>
      </w:tblGrid>
      <w:tr w:rsidR="00BE7796">
        <w:trPr>
          <w:jc w:val="center"/>
        </w:trPr>
        <w:tc>
          <w:tcPr>
            <w:tcW w:w="10368" w:type="dxa"/>
            <w:shd w:val="clear" w:color="auto" w:fill="EAF2F8"/>
            <w:tcMar>
              <w:top w:w="70" w:type="dxa"/>
              <w:left w:w="90" w:type="dxa"/>
              <w:bottom w:w="70" w:type="dxa"/>
              <w:right w:w="90" w:type="dxa"/>
            </w:tcMar>
          </w:tcPr>
          <w:p w:rsidR="00BE7796" w:rsidRDefault="00E03C61">
            <w:r>
              <w:rPr>
                <w:b/>
                <w:sz w:val="24"/>
              </w:rPr>
              <w:t>ACTION</w:t>
            </w:r>
          </w:p>
          <w:p w:rsidR="00BE7796" w:rsidRDefault="00E03C61">
            <w:pPr>
              <w:pStyle w:val="ListBullet"/>
              <w:spacing w:after="20"/>
            </w:pPr>
            <w:r>
              <w:t xml:space="preserve">Call 911 from </w:t>
            </w:r>
            <w:r>
              <w:t>any campus phone or cell phone.</w:t>
            </w:r>
          </w:p>
        </w:tc>
      </w:tr>
    </w:tbl>
    <w:p w:rsidR="00BE7796" w:rsidRDefault="00E03C61">
      <w:r>
        <w:t>Report the incident to Security by:</w:t>
      </w:r>
    </w:p>
    <w:p w:rsidR="00BE7796" w:rsidRDefault="00E03C61">
      <w:pPr>
        <w:pStyle w:val="ListBullet"/>
        <w:spacing w:after="40"/>
        <w:ind w:left="288" w:hanging="173"/>
      </w:pPr>
      <w:r>
        <w:t>Pushing the “Emergency” button on a campus phone</w:t>
      </w:r>
    </w:p>
    <w:p w:rsidR="00BE7796" w:rsidRDefault="00E03C61">
      <w:pPr>
        <w:pStyle w:val="ListBullet"/>
        <w:spacing w:after="40"/>
        <w:ind w:left="288" w:hanging="173"/>
      </w:pPr>
      <w:r>
        <w:t>Dialing 413-236-1010 from a cell phone</w:t>
      </w:r>
    </w:p>
    <w:p w:rsidR="00BE7796" w:rsidRDefault="00E03C61">
      <w:pPr>
        <w:pStyle w:val="ListBullet"/>
        <w:spacing w:after="40"/>
        <w:ind w:left="288" w:hanging="173"/>
      </w:pPr>
      <w:r>
        <w:t>Using an Emergency Phone (located on main campus only)</w:t>
      </w:r>
    </w:p>
    <w:p w:rsidR="00BE7796" w:rsidRDefault="00BE7796"/>
    <w:p w:rsidR="00BE7796" w:rsidRDefault="00E03C61">
      <w:pPr>
        <w:spacing w:before="100"/>
      </w:pPr>
      <w:r>
        <w:rPr>
          <w:b/>
          <w:sz w:val="36"/>
        </w:rPr>
        <w:t>MEDICAL EMERGENCIES</w:t>
      </w:r>
    </w:p>
    <w:tbl>
      <w:tblPr>
        <w:tblW w:w="0" w:type="auto"/>
        <w:jc w:val="center"/>
        <w:tblLook w:val="04A0" w:firstRow="1" w:lastRow="0" w:firstColumn="1" w:lastColumn="0" w:noHBand="0" w:noVBand="1"/>
      </w:tblPr>
      <w:tblGrid>
        <w:gridCol w:w="10368"/>
      </w:tblGrid>
      <w:tr w:rsidR="00BE7796">
        <w:trPr>
          <w:jc w:val="center"/>
        </w:trPr>
        <w:tc>
          <w:tcPr>
            <w:tcW w:w="10368" w:type="dxa"/>
            <w:shd w:val="clear" w:color="auto" w:fill="EAF2F8"/>
            <w:tcMar>
              <w:top w:w="70" w:type="dxa"/>
              <w:left w:w="90" w:type="dxa"/>
              <w:bottom w:w="70" w:type="dxa"/>
              <w:right w:w="90" w:type="dxa"/>
            </w:tcMar>
          </w:tcPr>
          <w:p w:rsidR="00BE7796" w:rsidRDefault="00E03C61">
            <w:r>
              <w:rPr>
                <w:b/>
                <w:sz w:val="24"/>
              </w:rPr>
              <w:t>ACTION</w:t>
            </w:r>
          </w:p>
          <w:p w:rsidR="00BE7796" w:rsidRDefault="00E03C61">
            <w:pPr>
              <w:pStyle w:val="ListBullet"/>
              <w:spacing w:after="20"/>
            </w:pPr>
            <w:r>
              <w:t xml:space="preserve">Call 911 from </w:t>
            </w:r>
            <w:r>
              <w:t>any campus phone or cell phone.</w:t>
            </w:r>
          </w:p>
        </w:tc>
      </w:tr>
    </w:tbl>
    <w:p w:rsidR="00BE7796" w:rsidRDefault="00E03C61">
      <w:r>
        <w:t>Report the incident to Security by:</w:t>
      </w:r>
    </w:p>
    <w:p w:rsidR="00BE7796" w:rsidRDefault="00E03C61">
      <w:pPr>
        <w:pStyle w:val="ListBullet"/>
        <w:spacing w:after="40"/>
        <w:ind w:left="288" w:hanging="173"/>
      </w:pPr>
      <w:r>
        <w:t>Pushing the “Emergency” button on a campus phone</w:t>
      </w:r>
    </w:p>
    <w:p w:rsidR="00BE7796" w:rsidRDefault="00E03C61">
      <w:pPr>
        <w:pStyle w:val="ListBullet"/>
        <w:spacing w:after="40"/>
        <w:ind w:left="288" w:hanging="173"/>
      </w:pPr>
      <w:r>
        <w:t>Dialing 413-236-1010 from a cell phone</w:t>
      </w:r>
    </w:p>
    <w:p w:rsidR="00BE7796" w:rsidRDefault="00E03C61">
      <w:pPr>
        <w:pStyle w:val="ListBullet"/>
        <w:spacing w:after="40"/>
        <w:ind w:left="288" w:hanging="173"/>
      </w:pPr>
      <w:r>
        <w:t>Using an Emergency Phone (located on main campus only)</w:t>
      </w:r>
    </w:p>
    <w:p w:rsidR="00BE7796" w:rsidRDefault="00E03C61">
      <w:r>
        <w:t>The BCC Campus Security Officers are all cer</w:t>
      </w:r>
      <w:r>
        <w:t>tified in CPR and first aid and are equipped with an AED (Automated External Defibrillator).</w:t>
      </w:r>
    </w:p>
    <w:p w:rsidR="00BE7796" w:rsidRDefault="00E03C61">
      <w:r>
        <w:t>AED LOCATIONS:</w:t>
      </w:r>
    </w:p>
    <w:p w:rsidR="00BE7796" w:rsidRDefault="00E03C61">
      <w:pPr>
        <w:pStyle w:val="ListBullet"/>
        <w:spacing w:after="40"/>
        <w:ind w:left="288" w:hanging="173"/>
      </w:pPr>
      <w:r>
        <w:t>Paterson Lobby</w:t>
      </w:r>
    </w:p>
    <w:p w:rsidR="00BE7796" w:rsidRDefault="00E03C61">
      <w:pPr>
        <w:pStyle w:val="ListBullet"/>
        <w:spacing w:after="40"/>
        <w:ind w:left="288" w:hanging="173"/>
      </w:pPr>
      <w:r>
        <w:t>Library (near the main entrance)</w:t>
      </w:r>
    </w:p>
    <w:p w:rsidR="00BE7796" w:rsidRDefault="00E03C61">
      <w:pPr>
        <w:pStyle w:val="ListBullet"/>
        <w:spacing w:after="40"/>
        <w:ind w:left="288" w:hanging="173"/>
      </w:pPr>
      <w:r>
        <w:t>Koussevitzky Main Lobby</w:t>
      </w:r>
    </w:p>
    <w:p w:rsidR="00BE7796" w:rsidRDefault="00E03C61">
      <w:pPr>
        <w:pStyle w:val="ListBullet"/>
        <w:spacing w:after="40"/>
        <w:ind w:left="288" w:hanging="173"/>
      </w:pPr>
      <w:r>
        <w:t>Field Administration Building, second floor (near East stairwell)</w:t>
      </w:r>
    </w:p>
    <w:p w:rsidR="00BE7796" w:rsidRDefault="00E03C61">
      <w:pPr>
        <w:pStyle w:val="ListBullet"/>
        <w:spacing w:after="40"/>
        <w:ind w:left="288" w:hanging="173"/>
      </w:pPr>
      <w:r>
        <w:t>SBA ground</w:t>
      </w:r>
      <w:r>
        <w:t xml:space="preserve"> floor (near the restrooms)</w:t>
      </w:r>
    </w:p>
    <w:p w:rsidR="00BE7796" w:rsidRDefault="00E03C61">
      <w:pPr>
        <w:pStyle w:val="ListBullet"/>
        <w:spacing w:after="40"/>
        <w:ind w:left="288" w:hanging="173"/>
      </w:pPr>
      <w:r>
        <w:t>The Connector (C-201 near the elevator)</w:t>
      </w:r>
    </w:p>
    <w:p w:rsidR="00BE7796" w:rsidRDefault="00E03C61">
      <w:pPr>
        <w:pStyle w:val="ListBullet"/>
        <w:spacing w:after="40"/>
        <w:ind w:left="288" w:hanging="173"/>
      </w:pPr>
      <w:r>
        <w:t>Hawthorne third level (near the West stairwell)</w:t>
      </w:r>
    </w:p>
    <w:p w:rsidR="00BE7796" w:rsidRDefault="00E03C61">
      <w:pPr>
        <w:pStyle w:val="ListBullet"/>
        <w:spacing w:after="40"/>
        <w:ind w:left="288" w:hanging="173"/>
      </w:pPr>
      <w:r>
        <w:t>Melville fourth level (near North stairwell)</w:t>
      </w:r>
    </w:p>
    <w:p w:rsidR="00BE7796" w:rsidRDefault="00E03C61">
      <w:pPr>
        <w:pStyle w:val="ListBullet"/>
        <w:spacing w:after="40"/>
        <w:ind w:left="288" w:hanging="173"/>
      </w:pPr>
      <w:r>
        <w:t>One Stop student waiting area</w:t>
      </w:r>
    </w:p>
    <w:p w:rsidR="00BE7796" w:rsidRDefault="00BE7796"/>
    <w:p w:rsidR="00904E9B" w:rsidRDefault="00904E9B">
      <w:pPr>
        <w:spacing w:before="100"/>
        <w:rPr>
          <w:b/>
          <w:sz w:val="36"/>
        </w:rPr>
      </w:pPr>
    </w:p>
    <w:p w:rsidR="00904E9B" w:rsidRDefault="00904E9B">
      <w:pPr>
        <w:spacing w:before="100"/>
        <w:rPr>
          <w:b/>
          <w:sz w:val="36"/>
        </w:rPr>
      </w:pPr>
    </w:p>
    <w:p w:rsidR="00BE7796" w:rsidRDefault="00E03C61">
      <w:pPr>
        <w:spacing w:before="100"/>
      </w:pPr>
      <w:r>
        <w:rPr>
          <w:b/>
          <w:sz w:val="36"/>
        </w:rPr>
        <w:lastRenderedPageBreak/>
        <w:t>LOCKDOWN</w:t>
      </w:r>
    </w:p>
    <w:p w:rsidR="00BE7796" w:rsidRDefault="00E03C61">
      <w:r>
        <w:t xml:space="preserve">In the event of a Lockdown, an announcement will be </w:t>
      </w:r>
      <w:r>
        <w:t>made through the Emergency Notification System (ENS). Remain in lockdown until notified of an “all clear” through BCC’s official Emergency Notification System (ENS) or through college administration.</w:t>
      </w:r>
    </w:p>
    <w:p w:rsidR="00BE7796" w:rsidRDefault="00E03C61">
      <w:r>
        <w:t>In a Classroom or Office:</w:t>
      </w:r>
    </w:p>
    <w:p w:rsidR="00BE7796" w:rsidRDefault="00E03C61">
      <w:pPr>
        <w:pStyle w:val="ListBullet"/>
        <w:spacing w:after="40"/>
        <w:ind w:left="288" w:hanging="173"/>
      </w:pPr>
      <w:r>
        <w:t xml:space="preserve">STAY WHERE YOU ARE! Do not go </w:t>
      </w:r>
      <w:r>
        <w:t>to investigate the situation.</w:t>
      </w:r>
    </w:p>
    <w:p w:rsidR="00BE7796" w:rsidRDefault="00E03C61">
      <w:pPr>
        <w:pStyle w:val="ListBullet"/>
        <w:spacing w:after="40"/>
        <w:ind w:left="288" w:hanging="173"/>
      </w:pPr>
      <w:r>
        <w:t>SECURE THE DOOR to the classroom or office by locking it, wedging it shut, or barricading.</w:t>
      </w:r>
    </w:p>
    <w:p w:rsidR="00BE7796" w:rsidRDefault="00E03C61">
      <w:pPr>
        <w:pStyle w:val="ListBullet"/>
        <w:spacing w:after="40"/>
        <w:ind w:left="288" w:hanging="173"/>
      </w:pPr>
      <w:r>
        <w:t>STAY AWAY FROM DOORS AND WINDOWS. Move to an area of the room where there are solid walls, furniture, or other objects, and hide behind</w:t>
      </w:r>
      <w:r>
        <w:t xml:space="preserve"> them. Spread out and stay as low to the floor as possible.</w:t>
      </w:r>
    </w:p>
    <w:p w:rsidR="00BE7796" w:rsidRDefault="00E03C61">
      <w:pPr>
        <w:pStyle w:val="ListBullet"/>
        <w:spacing w:after="40"/>
        <w:ind w:left="288" w:hanging="173"/>
      </w:pPr>
      <w:r>
        <w:t>STAY QUIET AND STAY OUT OF SIGHT!</w:t>
      </w:r>
    </w:p>
    <w:p w:rsidR="00BE7796" w:rsidRDefault="00E03C61">
      <w:pPr>
        <w:pStyle w:val="ListBullet"/>
        <w:spacing w:after="40"/>
        <w:ind w:left="288" w:hanging="173"/>
      </w:pPr>
      <w:r>
        <w:t>SILENCE ALL ELECTRONIC DEVICES</w:t>
      </w:r>
    </w:p>
    <w:p w:rsidR="00BE7796" w:rsidRDefault="00E03C61">
      <w:r>
        <w:t>In a Hallway:</w:t>
      </w:r>
    </w:p>
    <w:p w:rsidR="00BE7796" w:rsidRDefault="00E03C61">
      <w:pPr>
        <w:pStyle w:val="ListBullet"/>
        <w:spacing w:after="40"/>
        <w:ind w:left="288" w:hanging="173"/>
      </w:pPr>
      <w:r>
        <w:t>SEEK SAFETY IN THE NEAREST OFFICE OR CLASSROOM.</w:t>
      </w:r>
    </w:p>
    <w:p w:rsidR="00BE7796" w:rsidRDefault="00E03C61">
      <w:pPr>
        <w:pStyle w:val="ListBullet"/>
        <w:spacing w:after="40"/>
        <w:ind w:left="288" w:hanging="173"/>
      </w:pPr>
      <w:r>
        <w:t>Follow the guidelines listed above for classroom/office locations.</w:t>
      </w:r>
    </w:p>
    <w:p w:rsidR="00BE7796" w:rsidRDefault="00BE7796"/>
    <w:p w:rsidR="00BE7796" w:rsidRDefault="00E03C61">
      <w:pPr>
        <w:spacing w:before="100"/>
      </w:pPr>
      <w:r>
        <w:rPr>
          <w:b/>
          <w:sz w:val="36"/>
        </w:rPr>
        <w:t>R</w:t>
      </w:r>
      <w:r>
        <w:rPr>
          <w:b/>
          <w:sz w:val="36"/>
        </w:rPr>
        <w:t>EPORTING EMERGENCIES</w:t>
      </w:r>
    </w:p>
    <w:p w:rsidR="00BE7796" w:rsidRDefault="00E03C61">
      <w:r>
        <w:t>If you discover an emergency situation:</w:t>
      </w:r>
    </w:p>
    <w:tbl>
      <w:tblPr>
        <w:tblW w:w="0" w:type="auto"/>
        <w:jc w:val="center"/>
        <w:tblLook w:val="04A0" w:firstRow="1" w:lastRow="0" w:firstColumn="1" w:lastColumn="0" w:noHBand="0" w:noVBand="1"/>
      </w:tblPr>
      <w:tblGrid>
        <w:gridCol w:w="10368"/>
      </w:tblGrid>
      <w:tr w:rsidR="00BE7796">
        <w:trPr>
          <w:jc w:val="center"/>
        </w:trPr>
        <w:tc>
          <w:tcPr>
            <w:tcW w:w="10368" w:type="dxa"/>
            <w:shd w:val="clear" w:color="auto" w:fill="EAF2F8"/>
            <w:tcMar>
              <w:top w:w="70" w:type="dxa"/>
              <w:left w:w="90" w:type="dxa"/>
              <w:bottom w:w="70" w:type="dxa"/>
              <w:right w:w="90" w:type="dxa"/>
            </w:tcMar>
          </w:tcPr>
          <w:p w:rsidR="00BE7796" w:rsidRDefault="00E03C61">
            <w:r>
              <w:rPr>
                <w:b/>
                <w:sz w:val="24"/>
              </w:rPr>
              <w:t>ACTION</w:t>
            </w:r>
          </w:p>
          <w:p w:rsidR="00BE7796" w:rsidRDefault="00E03C61">
            <w:pPr>
              <w:pStyle w:val="ListBullet"/>
              <w:spacing w:after="20"/>
            </w:pPr>
            <w:r>
              <w:t>Call 911 from any campus phone or cell phone.</w:t>
            </w:r>
          </w:p>
        </w:tc>
      </w:tr>
    </w:tbl>
    <w:p w:rsidR="00BE7796" w:rsidRDefault="00E03C61">
      <w:r>
        <w:t>Report the incident to Security by:</w:t>
      </w:r>
    </w:p>
    <w:p w:rsidR="00BE7796" w:rsidRDefault="00E03C61">
      <w:pPr>
        <w:pStyle w:val="ListBullet"/>
        <w:spacing w:after="40"/>
        <w:ind w:left="288" w:hanging="173"/>
      </w:pPr>
      <w:r>
        <w:t>Pushing the “Emergency” button on a campus phone</w:t>
      </w:r>
    </w:p>
    <w:p w:rsidR="00BE7796" w:rsidRDefault="00E03C61">
      <w:pPr>
        <w:pStyle w:val="ListBullet"/>
        <w:spacing w:after="40"/>
        <w:ind w:left="288" w:hanging="173"/>
      </w:pPr>
      <w:r>
        <w:t>Dialing 413-236-1010 from a cell phone</w:t>
      </w:r>
    </w:p>
    <w:p w:rsidR="00BE7796" w:rsidRDefault="00E03C61">
      <w:pPr>
        <w:pStyle w:val="ListBullet"/>
        <w:spacing w:after="40"/>
        <w:ind w:left="288" w:hanging="173"/>
      </w:pPr>
      <w:r>
        <w:t xml:space="preserve">Using an </w:t>
      </w:r>
      <w:r>
        <w:t>Emergency Phone (located on main campus only)</w:t>
      </w:r>
    </w:p>
    <w:p w:rsidR="00BE7796" w:rsidRDefault="00E03C61">
      <w:r>
        <w:t>When the call is answered, state the following:</w:t>
      </w:r>
    </w:p>
    <w:p w:rsidR="00BE7796" w:rsidRDefault="00E03C61">
      <w:pPr>
        <w:pStyle w:val="ListBullet"/>
        <w:spacing w:after="40"/>
        <w:ind w:left="288" w:hanging="173"/>
      </w:pPr>
      <w:r>
        <w:t>Your name &amp; contact number.</w:t>
      </w:r>
    </w:p>
    <w:p w:rsidR="00BE7796" w:rsidRDefault="00E03C61">
      <w:pPr>
        <w:pStyle w:val="ListBullet"/>
        <w:spacing w:after="40"/>
        <w:ind w:left="288" w:hanging="173"/>
      </w:pPr>
      <w:r>
        <w:t>Nature and type of emergency.</w:t>
      </w:r>
    </w:p>
    <w:p w:rsidR="00BE7796" w:rsidRDefault="00E03C61">
      <w:pPr>
        <w:pStyle w:val="ListBullet"/>
        <w:spacing w:after="40"/>
        <w:ind w:left="288" w:hanging="173"/>
      </w:pPr>
      <w:r>
        <w:t>Location of the emergency.</w:t>
      </w:r>
    </w:p>
    <w:p w:rsidR="00BE7796" w:rsidRDefault="00E03C61">
      <w:pPr>
        <w:pStyle w:val="ListBullet"/>
        <w:spacing w:after="40"/>
        <w:ind w:left="288" w:hanging="173"/>
      </w:pPr>
      <w:r>
        <w:t>Stay on the line until dispatch disconnects.</w:t>
      </w:r>
    </w:p>
    <w:p w:rsidR="00BE7796" w:rsidRDefault="00E03C61">
      <w:r>
        <w:t>Upon Arrival of the Emergency Re</w:t>
      </w:r>
      <w:r>
        <w:t>sponders, further explain the situation as necessary and allow them to take over.</w:t>
      </w:r>
    </w:p>
    <w:p w:rsidR="00BE7796" w:rsidRDefault="00E03C61">
      <w:r>
        <w:t>Remain calm. Your own safety and the help you can offer depends on it.</w:t>
      </w:r>
    </w:p>
    <w:p w:rsidR="00BE7796" w:rsidRDefault="00BE7796"/>
    <w:p w:rsidR="00904E9B" w:rsidRDefault="00904E9B">
      <w:pPr>
        <w:spacing w:before="100"/>
        <w:rPr>
          <w:b/>
          <w:sz w:val="36"/>
        </w:rPr>
      </w:pPr>
    </w:p>
    <w:p w:rsidR="00904E9B" w:rsidRDefault="00904E9B">
      <w:pPr>
        <w:spacing w:before="100"/>
        <w:rPr>
          <w:b/>
          <w:sz w:val="36"/>
        </w:rPr>
      </w:pPr>
    </w:p>
    <w:p w:rsidR="00904E9B" w:rsidRDefault="00904E9B">
      <w:pPr>
        <w:spacing w:before="100"/>
        <w:rPr>
          <w:b/>
          <w:sz w:val="36"/>
        </w:rPr>
      </w:pPr>
    </w:p>
    <w:p w:rsidR="00904E9B" w:rsidRDefault="00904E9B">
      <w:pPr>
        <w:spacing w:before="100"/>
        <w:rPr>
          <w:b/>
          <w:sz w:val="36"/>
        </w:rPr>
      </w:pPr>
    </w:p>
    <w:p w:rsidR="00904E9B" w:rsidRDefault="00904E9B">
      <w:pPr>
        <w:spacing w:before="100"/>
        <w:rPr>
          <w:b/>
          <w:sz w:val="36"/>
        </w:rPr>
      </w:pPr>
    </w:p>
    <w:p w:rsidR="00904E9B" w:rsidRDefault="00904E9B">
      <w:pPr>
        <w:spacing w:before="100"/>
        <w:rPr>
          <w:b/>
          <w:sz w:val="36"/>
        </w:rPr>
      </w:pPr>
    </w:p>
    <w:p w:rsidR="00BE7796" w:rsidRDefault="00E03C61">
      <w:pPr>
        <w:spacing w:before="100"/>
      </w:pPr>
      <w:r>
        <w:rPr>
          <w:b/>
          <w:sz w:val="36"/>
        </w:rPr>
        <w:t>IMPORTANT NUMBERS</w:t>
      </w:r>
    </w:p>
    <w:tbl>
      <w:tblPr>
        <w:tblStyle w:val="TableGrid"/>
        <w:tblW w:w="0" w:type="auto"/>
        <w:jc w:val="center"/>
        <w:tblLook w:val="04A0" w:firstRow="1" w:lastRow="0" w:firstColumn="1" w:lastColumn="0" w:noHBand="0" w:noVBand="1"/>
      </w:tblPr>
      <w:tblGrid>
        <w:gridCol w:w="3456"/>
        <w:gridCol w:w="3456"/>
        <w:gridCol w:w="3456"/>
      </w:tblGrid>
      <w:tr w:rsidR="00BE7796">
        <w:trPr>
          <w:jc w:val="center"/>
        </w:trPr>
        <w:tc>
          <w:tcPr>
            <w:tcW w:w="3456" w:type="dxa"/>
            <w:shd w:val="clear" w:color="auto" w:fill="D9EAF7"/>
          </w:tcPr>
          <w:p w:rsidR="00BE7796" w:rsidRDefault="00E03C61">
            <w:r>
              <w:rPr>
                <w:b/>
              </w:rPr>
              <w:t>Service</w:t>
            </w:r>
          </w:p>
        </w:tc>
        <w:tc>
          <w:tcPr>
            <w:tcW w:w="3456" w:type="dxa"/>
            <w:shd w:val="clear" w:color="auto" w:fill="D9EAF7"/>
          </w:tcPr>
          <w:p w:rsidR="00BE7796" w:rsidRDefault="00E03C61">
            <w:r>
              <w:rPr>
                <w:b/>
              </w:rPr>
              <w:t>Campus</w:t>
            </w:r>
          </w:p>
        </w:tc>
        <w:tc>
          <w:tcPr>
            <w:tcW w:w="3456" w:type="dxa"/>
            <w:shd w:val="clear" w:color="auto" w:fill="D9EAF7"/>
          </w:tcPr>
          <w:p w:rsidR="00BE7796" w:rsidRDefault="00E03C61">
            <w:r>
              <w:rPr>
                <w:b/>
              </w:rPr>
              <w:t>Off Campus</w:t>
            </w:r>
          </w:p>
        </w:tc>
      </w:tr>
      <w:tr w:rsidR="00BE7796">
        <w:trPr>
          <w:jc w:val="center"/>
        </w:trPr>
        <w:tc>
          <w:tcPr>
            <w:tcW w:w="3456" w:type="dxa"/>
            <w:tcMar>
              <w:top w:w="70" w:type="dxa"/>
              <w:left w:w="90" w:type="dxa"/>
              <w:bottom w:w="70" w:type="dxa"/>
              <w:right w:w="90" w:type="dxa"/>
            </w:tcMar>
          </w:tcPr>
          <w:p w:rsidR="00BE7796" w:rsidRDefault="00E03C61">
            <w:r>
              <w:t>Emergency (Police-Fire-EMS)</w:t>
            </w:r>
          </w:p>
        </w:tc>
        <w:tc>
          <w:tcPr>
            <w:tcW w:w="3456" w:type="dxa"/>
            <w:tcMar>
              <w:top w:w="70" w:type="dxa"/>
              <w:left w:w="90" w:type="dxa"/>
              <w:bottom w:w="70" w:type="dxa"/>
              <w:right w:w="90" w:type="dxa"/>
            </w:tcMar>
          </w:tcPr>
          <w:p w:rsidR="00BE7796" w:rsidRDefault="00E03C61">
            <w:r>
              <w:t>911</w:t>
            </w:r>
          </w:p>
        </w:tc>
        <w:tc>
          <w:tcPr>
            <w:tcW w:w="3456" w:type="dxa"/>
            <w:tcMar>
              <w:top w:w="70" w:type="dxa"/>
              <w:left w:w="90" w:type="dxa"/>
              <w:bottom w:w="70" w:type="dxa"/>
              <w:right w:w="90" w:type="dxa"/>
            </w:tcMar>
          </w:tcPr>
          <w:p w:rsidR="00BE7796" w:rsidRDefault="00E03C61">
            <w:r>
              <w:t>911</w:t>
            </w:r>
          </w:p>
        </w:tc>
      </w:tr>
      <w:tr w:rsidR="00BE7796">
        <w:trPr>
          <w:jc w:val="center"/>
        </w:trPr>
        <w:tc>
          <w:tcPr>
            <w:tcW w:w="3456" w:type="dxa"/>
            <w:tcMar>
              <w:top w:w="70" w:type="dxa"/>
              <w:left w:w="90" w:type="dxa"/>
              <w:bottom w:w="70" w:type="dxa"/>
              <w:right w:w="90" w:type="dxa"/>
            </w:tcMar>
          </w:tcPr>
          <w:p w:rsidR="00BE7796" w:rsidRDefault="00E03C61">
            <w:r>
              <w:t xml:space="preserve">Campus Safety &amp; </w:t>
            </w:r>
            <w:r>
              <w:t>Security (24 hours)</w:t>
            </w:r>
          </w:p>
        </w:tc>
        <w:tc>
          <w:tcPr>
            <w:tcW w:w="3456" w:type="dxa"/>
            <w:tcMar>
              <w:top w:w="70" w:type="dxa"/>
              <w:left w:w="90" w:type="dxa"/>
              <w:bottom w:w="70" w:type="dxa"/>
              <w:right w:w="90" w:type="dxa"/>
            </w:tcMar>
          </w:tcPr>
          <w:p w:rsidR="00BE7796" w:rsidRDefault="00E03C61">
            <w:r>
              <w:t>6100</w:t>
            </w:r>
          </w:p>
        </w:tc>
        <w:tc>
          <w:tcPr>
            <w:tcW w:w="3456" w:type="dxa"/>
            <w:tcMar>
              <w:top w:w="70" w:type="dxa"/>
              <w:left w:w="90" w:type="dxa"/>
              <w:bottom w:w="70" w:type="dxa"/>
              <w:right w:w="90" w:type="dxa"/>
            </w:tcMar>
          </w:tcPr>
          <w:p w:rsidR="00BE7796" w:rsidRDefault="00E03C61">
            <w:r>
              <w:t>(413) 236-1010</w:t>
            </w:r>
          </w:p>
        </w:tc>
      </w:tr>
      <w:tr w:rsidR="00BE7796">
        <w:trPr>
          <w:jc w:val="center"/>
        </w:trPr>
        <w:tc>
          <w:tcPr>
            <w:tcW w:w="3456" w:type="dxa"/>
            <w:tcMar>
              <w:top w:w="70" w:type="dxa"/>
              <w:left w:w="90" w:type="dxa"/>
              <w:bottom w:w="70" w:type="dxa"/>
              <w:right w:w="90" w:type="dxa"/>
            </w:tcMar>
          </w:tcPr>
          <w:p w:rsidR="00BE7796" w:rsidRDefault="00E03C61">
            <w:r>
              <w:t>Emergency Phones</w:t>
            </w:r>
          </w:p>
        </w:tc>
        <w:tc>
          <w:tcPr>
            <w:tcW w:w="3456" w:type="dxa"/>
            <w:tcMar>
              <w:top w:w="70" w:type="dxa"/>
              <w:left w:w="90" w:type="dxa"/>
              <w:bottom w:w="70" w:type="dxa"/>
              <w:right w:w="90" w:type="dxa"/>
            </w:tcMar>
          </w:tcPr>
          <w:p w:rsidR="00BE7796" w:rsidRDefault="00E03C61">
            <w:r>
              <w:t>Push Button</w:t>
            </w:r>
          </w:p>
        </w:tc>
        <w:tc>
          <w:tcPr>
            <w:tcW w:w="3456" w:type="dxa"/>
            <w:tcMar>
              <w:top w:w="70" w:type="dxa"/>
              <w:left w:w="90" w:type="dxa"/>
              <w:bottom w:w="70" w:type="dxa"/>
              <w:right w:w="90" w:type="dxa"/>
            </w:tcMar>
          </w:tcPr>
          <w:p w:rsidR="00BE7796" w:rsidRDefault="00BE7796"/>
        </w:tc>
      </w:tr>
      <w:tr w:rsidR="00BE7796">
        <w:trPr>
          <w:jc w:val="center"/>
        </w:trPr>
        <w:tc>
          <w:tcPr>
            <w:tcW w:w="3456" w:type="dxa"/>
            <w:tcMar>
              <w:top w:w="70" w:type="dxa"/>
              <w:left w:w="90" w:type="dxa"/>
              <w:bottom w:w="70" w:type="dxa"/>
              <w:right w:w="90" w:type="dxa"/>
            </w:tcMar>
          </w:tcPr>
          <w:p w:rsidR="00BE7796" w:rsidRDefault="00E03C61">
            <w:r>
              <w:t>Non-Emergencies — Campus Safety &amp; Security</w:t>
            </w:r>
          </w:p>
        </w:tc>
        <w:tc>
          <w:tcPr>
            <w:tcW w:w="3456" w:type="dxa"/>
            <w:tcMar>
              <w:top w:w="70" w:type="dxa"/>
              <w:left w:w="90" w:type="dxa"/>
              <w:bottom w:w="70" w:type="dxa"/>
              <w:right w:w="90" w:type="dxa"/>
            </w:tcMar>
          </w:tcPr>
          <w:p w:rsidR="00BE7796" w:rsidRDefault="00E03C61">
            <w:r>
              <w:t>1010</w:t>
            </w:r>
          </w:p>
        </w:tc>
        <w:tc>
          <w:tcPr>
            <w:tcW w:w="3456" w:type="dxa"/>
            <w:tcMar>
              <w:top w:w="70" w:type="dxa"/>
              <w:left w:w="90" w:type="dxa"/>
              <w:bottom w:w="70" w:type="dxa"/>
              <w:right w:w="90" w:type="dxa"/>
            </w:tcMar>
          </w:tcPr>
          <w:p w:rsidR="00BE7796" w:rsidRDefault="00E03C61">
            <w:r>
              <w:t>(413) 236-1010</w:t>
            </w:r>
          </w:p>
        </w:tc>
      </w:tr>
      <w:tr w:rsidR="00BE7796">
        <w:trPr>
          <w:jc w:val="center"/>
        </w:trPr>
        <w:tc>
          <w:tcPr>
            <w:tcW w:w="3456" w:type="dxa"/>
            <w:tcMar>
              <w:top w:w="70" w:type="dxa"/>
              <w:left w:w="90" w:type="dxa"/>
              <w:bottom w:w="70" w:type="dxa"/>
              <w:right w:w="90" w:type="dxa"/>
            </w:tcMar>
          </w:tcPr>
          <w:p w:rsidR="00BE7796" w:rsidRDefault="00E03C61">
            <w:r>
              <w:t>Facilities</w:t>
            </w:r>
          </w:p>
        </w:tc>
        <w:tc>
          <w:tcPr>
            <w:tcW w:w="3456" w:type="dxa"/>
            <w:tcMar>
              <w:top w:w="70" w:type="dxa"/>
              <w:left w:w="90" w:type="dxa"/>
              <w:bottom w:w="70" w:type="dxa"/>
              <w:right w:w="90" w:type="dxa"/>
            </w:tcMar>
          </w:tcPr>
          <w:p w:rsidR="00BE7796" w:rsidRDefault="00E03C61">
            <w:r>
              <w:t>3016</w:t>
            </w:r>
          </w:p>
        </w:tc>
        <w:tc>
          <w:tcPr>
            <w:tcW w:w="3456" w:type="dxa"/>
            <w:tcMar>
              <w:top w:w="70" w:type="dxa"/>
              <w:left w:w="90" w:type="dxa"/>
              <w:bottom w:w="70" w:type="dxa"/>
              <w:right w:w="90" w:type="dxa"/>
            </w:tcMar>
          </w:tcPr>
          <w:p w:rsidR="00BE7796" w:rsidRDefault="00E03C61">
            <w:r>
              <w:t>(413) 236-3016</w:t>
            </w:r>
          </w:p>
        </w:tc>
      </w:tr>
      <w:tr w:rsidR="00BE7796">
        <w:trPr>
          <w:jc w:val="center"/>
        </w:trPr>
        <w:tc>
          <w:tcPr>
            <w:tcW w:w="3456" w:type="dxa"/>
            <w:tcMar>
              <w:top w:w="70" w:type="dxa"/>
              <w:left w:w="90" w:type="dxa"/>
              <w:bottom w:w="70" w:type="dxa"/>
              <w:right w:w="90" w:type="dxa"/>
            </w:tcMar>
          </w:tcPr>
          <w:p w:rsidR="00BE7796" w:rsidRDefault="00E03C61">
            <w:r>
              <w:t>Counseling Services</w:t>
            </w:r>
          </w:p>
        </w:tc>
        <w:tc>
          <w:tcPr>
            <w:tcW w:w="3456" w:type="dxa"/>
            <w:tcMar>
              <w:top w:w="70" w:type="dxa"/>
              <w:left w:w="90" w:type="dxa"/>
              <w:bottom w:w="70" w:type="dxa"/>
              <w:right w:w="90" w:type="dxa"/>
            </w:tcMar>
          </w:tcPr>
          <w:p w:rsidR="00BE7796" w:rsidRDefault="00E03C61">
            <w:r>
              <w:t>1617</w:t>
            </w:r>
          </w:p>
        </w:tc>
        <w:tc>
          <w:tcPr>
            <w:tcW w:w="3456" w:type="dxa"/>
            <w:tcMar>
              <w:top w:w="70" w:type="dxa"/>
              <w:left w:w="90" w:type="dxa"/>
              <w:bottom w:w="70" w:type="dxa"/>
              <w:right w:w="90" w:type="dxa"/>
            </w:tcMar>
          </w:tcPr>
          <w:p w:rsidR="00BE7796" w:rsidRDefault="00E03C61">
            <w:r>
              <w:t>(413) 236-1617</w:t>
            </w:r>
          </w:p>
        </w:tc>
      </w:tr>
      <w:tr w:rsidR="00BE7796">
        <w:trPr>
          <w:jc w:val="center"/>
        </w:trPr>
        <w:tc>
          <w:tcPr>
            <w:tcW w:w="3456" w:type="dxa"/>
            <w:tcMar>
              <w:top w:w="70" w:type="dxa"/>
              <w:left w:w="90" w:type="dxa"/>
              <w:bottom w:w="70" w:type="dxa"/>
              <w:right w:w="90" w:type="dxa"/>
            </w:tcMar>
          </w:tcPr>
          <w:p w:rsidR="00BE7796" w:rsidRDefault="00E03C61">
            <w:r>
              <w:t>Student Affairs</w:t>
            </w:r>
          </w:p>
        </w:tc>
        <w:tc>
          <w:tcPr>
            <w:tcW w:w="3456" w:type="dxa"/>
            <w:tcMar>
              <w:top w:w="70" w:type="dxa"/>
              <w:left w:w="90" w:type="dxa"/>
              <w:bottom w:w="70" w:type="dxa"/>
              <w:right w:w="90" w:type="dxa"/>
            </w:tcMar>
          </w:tcPr>
          <w:p w:rsidR="00BE7796" w:rsidRDefault="00E03C61">
            <w:r>
              <w:t>1624</w:t>
            </w:r>
          </w:p>
        </w:tc>
        <w:tc>
          <w:tcPr>
            <w:tcW w:w="3456" w:type="dxa"/>
            <w:tcMar>
              <w:top w:w="70" w:type="dxa"/>
              <w:left w:w="90" w:type="dxa"/>
              <w:bottom w:w="70" w:type="dxa"/>
              <w:right w:w="90" w:type="dxa"/>
            </w:tcMar>
          </w:tcPr>
          <w:p w:rsidR="00BE7796" w:rsidRDefault="00E03C61">
            <w:r>
              <w:t>(413) 236-1624</w:t>
            </w:r>
          </w:p>
        </w:tc>
      </w:tr>
      <w:tr w:rsidR="00BE7796">
        <w:trPr>
          <w:jc w:val="center"/>
        </w:trPr>
        <w:tc>
          <w:tcPr>
            <w:tcW w:w="3456" w:type="dxa"/>
            <w:tcMar>
              <w:top w:w="70" w:type="dxa"/>
              <w:left w:w="90" w:type="dxa"/>
              <w:bottom w:w="70" w:type="dxa"/>
              <w:right w:w="90" w:type="dxa"/>
            </w:tcMar>
          </w:tcPr>
          <w:p w:rsidR="00BE7796" w:rsidRDefault="00E03C61">
            <w:r>
              <w:t>Disability</w:t>
            </w:r>
            <w:r>
              <w:t xml:space="preserve"> Services</w:t>
            </w:r>
          </w:p>
        </w:tc>
        <w:tc>
          <w:tcPr>
            <w:tcW w:w="3456" w:type="dxa"/>
            <w:tcMar>
              <w:top w:w="70" w:type="dxa"/>
              <w:left w:w="90" w:type="dxa"/>
              <w:bottom w:w="70" w:type="dxa"/>
              <w:right w:w="90" w:type="dxa"/>
            </w:tcMar>
          </w:tcPr>
          <w:p w:rsidR="00BE7796" w:rsidRDefault="00E03C61">
            <w:r>
              <w:t>1608</w:t>
            </w:r>
          </w:p>
        </w:tc>
        <w:tc>
          <w:tcPr>
            <w:tcW w:w="3456" w:type="dxa"/>
            <w:tcMar>
              <w:top w:w="70" w:type="dxa"/>
              <w:left w:w="90" w:type="dxa"/>
              <w:bottom w:w="70" w:type="dxa"/>
              <w:right w:w="90" w:type="dxa"/>
            </w:tcMar>
          </w:tcPr>
          <w:p w:rsidR="00BE7796" w:rsidRDefault="00E03C61">
            <w:r>
              <w:t>(413) 236-1608</w:t>
            </w:r>
          </w:p>
        </w:tc>
      </w:tr>
    </w:tbl>
    <w:p w:rsidR="00904E9B" w:rsidRDefault="00904E9B" w:rsidP="00904E9B"/>
    <w:p w:rsidR="00BE7796" w:rsidRDefault="00E03C61" w:rsidP="00904E9B">
      <w:r>
        <w:rPr>
          <w:b/>
          <w:sz w:val="36"/>
        </w:rPr>
        <w:t>COLLEGE CANCELLATION</w:t>
      </w:r>
    </w:p>
    <w:p w:rsidR="00BE7796" w:rsidRDefault="00E03C61">
      <w:r>
        <w:t>The Emergency Notification System (ENS) will notify everyone regarding cancellation and closures. All non-essential personnel must depart Campus No later than 30 minutes after closing.</w:t>
      </w:r>
    </w:p>
    <w:p w:rsidR="00BE7796" w:rsidRDefault="00E03C61">
      <w:r>
        <w:t>BCC Day Classes</w:t>
      </w:r>
    </w:p>
    <w:p w:rsidR="00BE7796" w:rsidRDefault="00E03C61">
      <w:pPr>
        <w:pStyle w:val="ListBullet"/>
        <w:spacing w:after="40"/>
        <w:ind w:left="288" w:hanging="173"/>
      </w:pPr>
      <w:r>
        <w:t>W</w:t>
      </w:r>
      <w:r>
        <w:t>eekdays - A decision will be made around 6:00 a.m. if the college will be delayed in opening, or if the day classes are cancelled and the college will be closed.</w:t>
      </w:r>
    </w:p>
    <w:p w:rsidR="00BE7796" w:rsidRDefault="00E03C61">
      <w:pPr>
        <w:pStyle w:val="ListBullet"/>
        <w:spacing w:after="40"/>
        <w:ind w:left="288" w:hanging="173"/>
      </w:pPr>
      <w:r>
        <w:t>Saturdays - Notification will be made around 7:30 a.m. if BCC classes are cancelled.</w:t>
      </w:r>
    </w:p>
    <w:p w:rsidR="00BE7796" w:rsidRDefault="00E03C61">
      <w:r>
        <w:t>BCC Eveni</w:t>
      </w:r>
      <w:r>
        <w:t>ng Classes</w:t>
      </w:r>
    </w:p>
    <w:p w:rsidR="00BE7796" w:rsidRDefault="00E03C61">
      <w:pPr>
        <w:pStyle w:val="ListBullet"/>
        <w:spacing w:after="40"/>
        <w:ind w:left="288" w:hanging="173"/>
      </w:pPr>
      <w:r>
        <w:t>Notification will be made around 3:00 p.m. if BCC evening classes are cancelled. Evening classes are defined as classes beginning at 4:00 or later.</w:t>
      </w:r>
    </w:p>
    <w:p w:rsidR="00BE7796" w:rsidRDefault="00E03C61">
      <w:r>
        <w:t>Early Closing</w:t>
      </w:r>
    </w:p>
    <w:p w:rsidR="00BE7796" w:rsidRDefault="00E03C61">
      <w:pPr>
        <w:pStyle w:val="ListBullet"/>
        <w:spacing w:after="40"/>
        <w:ind w:left="288" w:hanging="173"/>
      </w:pPr>
      <w:r>
        <w:t>Employees should await official notification from the college regarding early relea</w:t>
      </w:r>
      <w:r>
        <w:t>se due to inclement weather.</w:t>
      </w:r>
    </w:p>
    <w:p w:rsidR="00BE7796" w:rsidRDefault="00E03C61">
      <w:r>
        <w:t>Clinical or Practicum Faculty and Students</w:t>
      </w:r>
    </w:p>
    <w:p w:rsidR="00BE7796" w:rsidRDefault="00E03C61">
      <w:pPr>
        <w:pStyle w:val="ListBullet"/>
        <w:spacing w:after="40"/>
        <w:ind w:left="288" w:hanging="173"/>
      </w:pPr>
      <w:r>
        <w:t>Refer to complete policy in program handbook.</w:t>
      </w:r>
    </w:p>
    <w:p w:rsidR="00BE7796" w:rsidRDefault="00E03C61">
      <w:r>
        <w:t>For cancellations or delay in openings, check the following:</w:t>
      </w:r>
    </w:p>
    <w:p w:rsidR="00BE7796" w:rsidRDefault="00E03C61">
      <w:pPr>
        <w:pStyle w:val="ListBullet"/>
        <w:spacing w:after="40"/>
        <w:ind w:left="288" w:hanging="173"/>
      </w:pPr>
      <w:r>
        <w:t>BCC: www.berkshirecc.edu or Local TV &amp; Radio Stations or Call (413) 499-4660</w:t>
      </w:r>
    </w:p>
    <w:p w:rsidR="00BE7796" w:rsidRDefault="00BE7796"/>
    <w:p w:rsidR="00904E9B" w:rsidRDefault="00904E9B">
      <w:pPr>
        <w:spacing w:before="100"/>
        <w:rPr>
          <w:b/>
          <w:sz w:val="36"/>
        </w:rPr>
      </w:pPr>
    </w:p>
    <w:p w:rsidR="00904E9B" w:rsidRDefault="00904E9B">
      <w:pPr>
        <w:spacing w:before="100"/>
        <w:rPr>
          <w:b/>
          <w:sz w:val="36"/>
        </w:rPr>
      </w:pPr>
    </w:p>
    <w:p w:rsidR="00904E9B" w:rsidRDefault="00904E9B">
      <w:pPr>
        <w:spacing w:before="100"/>
        <w:rPr>
          <w:b/>
          <w:sz w:val="36"/>
        </w:rPr>
      </w:pPr>
    </w:p>
    <w:p w:rsidR="00904E9B" w:rsidRDefault="00904E9B">
      <w:pPr>
        <w:spacing w:before="100"/>
        <w:rPr>
          <w:b/>
          <w:sz w:val="36"/>
        </w:rPr>
      </w:pPr>
    </w:p>
    <w:p w:rsidR="00BE7796" w:rsidRDefault="00E03C61">
      <w:pPr>
        <w:spacing w:before="100"/>
      </w:pPr>
      <w:r>
        <w:rPr>
          <w:b/>
          <w:sz w:val="36"/>
        </w:rPr>
        <w:t>CHEMICAL SPILL</w:t>
      </w:r>
    </w:p>
    <w:p w:rsidR="00BE7796" w:rsidRDefault="00E03C61">
      <w:r>
        <w:t>Remember “SWIMS”</w:t>
      </w:r>
    </w:p>
    <w:p w:rsidR="00BE7796" w:rsidRDefault="00E03C61">
      <w:r>
        <w:t>STOP spill if possible, if you can do so without putting yourself in more danger.</w:t>
      </w:r>
    </w:p>
    <w:p w:rsidR="00BE7796" w:rsidRDefault="00E03C61">
      <w:pPr>
        <w:pStyle w:val="ListBullet"/>
        <w:spacing w:after="40"/>
        <w:ind w:left="288" w:hanging="173"/>
      </w:pPr>
      <w:r>
        <w:t>Examples: close cylinder or gas valve, upright bottle, close hood sash, etc.</w:t>
      </w:r>
    </w:p>
    <w:p w:rsidR="00BE7796" w:rsidRDefault="00E03C61">
      <w:r>
        <w:t>WARN others.</w:t>
      </w:r>
    </w:p>
    <w:p w:rsidR="00BE7796" w:rsidRDefault="00E03C61">
      <w:pPr>
        <w:pStyle w:val="ListBullet"/>
        <w:spacing w:after="40"/>
        <w:ind w:left="288" w:hanging="173"/>
      </w:pPr>
      <w:r>
        <w:t>Tell surrounding personnel.</w:t>
      </w:r>
    </w:p>
    <w:p w:rsidR="00BE7796" w:rsidRDefault="00E03C61">
      <w:pPr>
        <w:pStyle w:val="ListBullet"/>
        <w:spacing w:after="40"/>
        <w:ind w:left="288" w:hanging="173"/>
      </w:pPr>
      <w:r>
        <w:t xml:space="preserve">Pull fire alarm to </w:t>
      </w:r>
      <w:r>
        <w:t>evacuate building, if appropriate.</w:t>
      </w:r>
    </w:p>
    <w:p w:rsidR="00BE7796" w:rsidRDefault="00E03C61">
      <w:pPr>
        <w:pStyle w:val="ListBullet"/>
        <w:spacing w:after="40"/>
        <w:ind w:left="288" w:hanging="173"/>
      </w:pPr>
      <w:r>
        <w:t>Call 911 from any campus phone or cell phone.</w:t>
      </w:r>
    </w:p>
    <w:p w:rsidR="00BE7796" w:rsidRDefault="00E03C61">
      <w:pPr>
        <w:pStyle w:val="ListBullet"/>
        <w:spacing w:after="40"/>
        <w:ind w:left="288" w:hanging="173"/>
      </w:pPr>
      <w:r>
        <w:t>Report the incident to Security by pushing the Emergency button, dialing 413-236-1010, or using an Emergency Phone.</w:t>
      </w:r>
    </w:p>
    <w:p w:rsidR="00BE7796" w:rsidRDefault="00E03C61">
      <w:r>
        <w:t>ISOLATE area.</w:t>
      </w:r>
    </w:p>
    <w:p w:rsidR="00BE7796" w:rsidRDefault="00E03C61">
      <w:pPr>
        <w:pStyle w:val="ListBullet"/>
        <w:spacing w:after="40"/>
        <w:ind w:left="288" w:hanging="173"/>
      </w:pPr>
      <w:r>
        <w:t>Close hood sash.</w:t>
      </w:r>
    </w:p>
    <w:p w:rsidR="00BE7796" w:rsidRDefault="00E03C61">
      <w:pPr>
        <w:pStyle w:val="ListBullet"/>
        <w:spacing w:after="40"/>
        <w:ind w:left="288" w:hanging="173"/>
      </w:pPr>
      <w:r>
        <w:t>Close doors.</w:t>
      </w:r>
    </w:p>
    <w:p w:rsidR="00BE7796" w:rsidRDefault="00E03C61">
      <w:pPr>
        <w:pStyle w:val="ListBullet"/>
        <w:spacing w:after="40"/>
        <w:ind w:left="288" w:hanging="173"/>
      </w:pPr>
      <w:r>
        <w:t>Do not allow pe</w:t>
      </w:r>
      <w:r>
        <w:t>rsonnel to re-enter area.</w:t>
      </w:r>
    </w:p>
    <w:p w:rsidR="00BE7796" w:rsidRDefault="00E03C61">
      <w:r>
        <w:t>MINIMIZE your exposure.</w:t>
      </w:r>
    </w:p>
    <w:p w:rsidR="00BE7796" w:rsidRDefault="00E03C61">
      <w:pPr>
        <w:pStyle w:val="ListBullet"/>
        <w:spacing w:after="40"/>
        <w:ind w:left="288" w:hanging="173"/>
      </w:pPr>
      <w:r>
        <w:t>Stay away from spill.</w:t>
      </w:r>
    </w:p>
    <w:p w:rsidR="00BE7796" w:rsidRDefault="00E03C61">
      <w:pPr>
        <w:pStyle w:val="ListBullet"/>
        <w:spacing w:after="40"/>
        <w:ind w:left="288" w:hanging="173"/>
      </w:pPr>
      <w:r>
        <w:t>Use eyewash or shower, if appropriate.</w:t>
      </w:r>
    </w:p>
    <w:p w:rsidR="00BE7796" w:rsidRDefault="00E03C61">
      <w:pPr>
        <w:pStyle w:val="ListBullet"/>
        <w:spacing w:after="40"/>
        <w:ind w:left="288" w:hanging="173"/>
      </w:pPr>
      <w:r>
        <w:t>Instruct others to stay away if you are contaminated.</w:t>
      </w:r>
    </w:p>
    <w:p w:rsidR="00BE7796" w:rsidRDefault="00E03C61">
      <w:pPr>
        <w:pStyle w:val="ListBullet"/>
        <w:spacing w:after="40"/>
        <w:ind w:left="288" w:hanging="173"/>
      </w:pPr>
      <w:r>
        <w:t>Remove contaminated clothing, if appropriate.</w:t>
      </w:r>
    </w:p>
    <w:p w:rsidR="00BE7796" w:rsidRDefault="00E03C61">
      <w:r>
        <w:t>SECURE ventilation.</w:t>
      </w:r>
    </w:p>
    <w:p w:rsidR="00BE7796" w:rsidRDefault="00E03C61">
      <w:pPr>
        <w:pStyle w:val="ListBullet"/>
        <w:spacing w:after="40"/>
        <w:ind w:left="288" w:hanging="173"/>
      </w:pPr>
      <w:r>
        <w:t>Turn off fans.</w:t>
      </w:r>
    </w:p>
    <w:p w:rsidR="00BE7796" w:rsidRDefault="00E03C61">
      <w:pPr>
        <w:pStyle w:val="ListBullet"/>
        <w:spacing w:after="40"/>
        <w:ind w:left="288" w:hanging="173"/>
      </w:pPr>
      <w:r>
        <w:t xml:space="preserve">Shut down </w:t>
      </w:r>
      <w:r>
        <w:t>HVAC for the area (Facilities).</w:t>
      </w:r>
    </w:p>
    <w:p w:rsidR="00BE7796" w:rsidRDefault="00BE7796"/>
    <w:p w:rsidR="00904E9B" w:rsidRDefault="00904E9B">
      <w:pPr>
        <w:spacing w:before="100"/>
        <w:rPr>
          <w:b/>
          <w:sz w:val="36"/>
        </w:rPr>
      </w:pPr>
    </w:p>
    <w:p w:rsidR="00904E9B" w:rsidRDefault="00904E9B">
      <w:pPr>
        <w:spacing w:before="100"/>
        <w:rPr>
          <w:b/>
          <w:sz w:val="36"/>
        </w:rPr>
      </w:pPr>
    </w:p>
    <w:p w:rsidR="00904E9B" w:rsidRDefault="00904E9B">
      <w:pPr>
        <w:spacing w:before="100"/>
        <w:rPr>
          <w:b/>
          <w:sz w:val="36"/>
        </w:rPr>
      </w:pPr>
    </w:p>
    <w:p w:rsidR="00904E9B" w:rsidRDefault="00904E9B">
      <w:pPr>
        <w:spacing w:before="100"/>
        <w:rPr>
          <w:b/>
          <w:sz w:val="36"/>
        </w:rPr>
      </w:pPr>
    </w:p>
    <w:p w:rsidR="00904E9B" w:rsidRDefault="00904E9B">
      <w:pPr>
        <w:spacing w:before="100"/>
        <w:rPr>
          <w:b/>
          <w:sz w:val="36"/>
        </w:rPr>
      </w:pPr>
    </w:p>
    <w:p w:rsidR="00904E9B" w:rsidRDefault="00904E9B">
      <w:pPr>
        <w:spacing w:before="100"/>
        <w:rPr>
          <w:b/>
          <w:sz w:val="36"/>
        </w:rPr>
      </w:pPr>
    </w:p>
    <w:p w:rsidR="00904E9B" w:rsidRDefault="00904E9B">
      <w:pPr>
        <w:spacing w:before="100"/>
        <w:rPr>
          <w:b/>
          <w:sz w:val="36"/>
        </w:rPr>
      </w:pPr>
    </w:p>
    <w:p w:rsidR="00904E9B" w:rsidRDefault="00904E9B">
      <w:pPr>
        <w:spacing w:before="100"/>
        <w:rPr>
          <w:b/>
          <w:sz w:val="36"/>
        </w:rPr>
      </w:pPr>
    </w:p>
    <w:p w:rsidR="00904E9B" w:rsidRDefault="00904E9B">
      <w:pPr>
        <w:spacing w:before="100"/>
        <w:rPr>
          <w:b/>
          <w:sz w:val="36"/>
        </w:rPr>
      </w:pPr>
    </w:p>
    <w:p w:rsidR="00904E9B" w:rsidRDefault="00904E9B">
      <w:pPr>
        <w:spacing w:before="100"/>
        <w:rPr>
          <w:b/>
          <w:sz w:val="36"/>
        </w:rPr>
      </w:pPr>
    </w:p>
    <w:p w:rsidR="00904E9B" w:rsidRDefault="00904E9B">
      <w:pPr>
        <w:spacing w:before="100"/>
        <w:rPr>
          <w:b/>
          <w:sz w:val="36"/>
        </w:rPr>
      </w:pPr>
    </w:p>
    <w:p w:rsidR="00BE7796" w:rsidRDefault="00E03C61">
      <w:pPr>
        <w:spacing w:before="100"/>
      </w:pPr>
      <w:r>
        <w:rPr>
          <w:b/>
          <w:sz w:val="36"/>
        </w:rPr>
        <w:t>SUSPICIOUS PACKAGE/BOMB THREAT</w:t>
      </w:r>
    </w:p>
    <w:p w:rsidR="00BE7796" w:rsidRDefault="00E03C61">
      <w:r>
        <w:t>If you observe a suspicious object or package on campus:</w:t>
      </w:r>
    </w:p>
    <w:p w:rsidR="00BE7796" w:rsidRDefault="00E03C61">
      <w:pPr>
        <w:pStyle w:val="ListBullet"/>
        <w:spacing w:after="40"/>
        <w:ind w:left="288" w:hanging="173"/>
      </w:pPr>
      <w:r>
        <w:t>First - Do not disrupt the package or the area.</w:t>
      </w:r>
    </w:p>
    <w:p w:rsidR="00BE7796" w:rsidRDefault="00E03C61">
      <w:pPr>
        <w:pStyle w:val="ListBullet"/>
        <w:spacing w:after="40"/>
        <w:ind w:left="288" w:hanging="173"/>
      </w:pPr>
      <w:r>
        <w:t>Second - Evacuate the area immediately, taking your belongings with you.</w:t>
      </w:r>
    </w:p>
    <w:p w:rsidR="00BE7796" w:rsidRDefault="00E03C61">
      <w:pPr>
        <w:pStyle w:val="ListBullet"/>
        <w:spacing w:after="40"/>
        <w:ind w:left="288" w:hanging="173"/>
      </w:pPr>
      <w:r>
        <w:t>Third - Contac</w:t>
      </w:r>
      <w:r>
        <w:t>t security immediately by pushing the Emergency button, dialing 413-236-1010, or using an Emergency Phone.</w:t>
      </w:r>
    </w:p>
    <w:p w:rsidR="00BE7796" w:rsidRDefault="00E03C61">
      <w:r>
        <w:t>If you receive a bomb threat by phone:</w:t>
      </w:r>
    </w:p>
    <w:p w:rsidR="00BE7796" w:rsidRDefault="00E03C61">
      <w:pPr>
        <w:pStyle w:val="ListBullet"/>
        <w:spacing w:after="40"/>
        <w:ind w:left="288" w:hanging="173"/>
      </w:pPr>
      <w:r>
        <w:t>Have someone nearby Call 911 and Security at ext. 6100.</w:t>
      </w:r>
    </w:p>
    <w:p w:rsidR="00BE7796" w:rsidRDefault="00E03C61">
      <w:pPr>
        <w:pStyle w:val="ListBullet"/>
        <w:spacing w:after="40"/>
        <w:ind w:left="288" w:hanging="173"/>
      </w:pPr>
      <w:r>
        <w:t>Keep the caller on the line as long as possible.</w:t>
      </w:r>
    </w:p>
    <w:p w:rsidR="00BE7796" w:rsidRDefault="00E03C61">
      <w:pPr>
        <w:pStyle w:val="ListBullet"/>
        <w:spacing w:after="40"/>
        <w:ind w:left="288" w:hanging="173"/>
      </w:pPr>
      <w:r>
        <w:t>Visually scan the area for anything unusual.</w:t>
      </w:r>
    </w:p>
    <w:p w:rsidR="00BE7796" w:rsidRDefault="00E03C61">
      <w:r>
        <w:t>If possible, note the following:</w:t>
      </w:r>
    </w:p>
    <w:p w:rsidR="00BE7796" w:rsidRDefault="00E03C61">
      <w:pPr>
        <w:pStyle w:val="ListBullet"/>
        <w:spacing w:after="40"/>
        <w:ind w:left="288" w:hanging="173"/>
      </w:pPr>
      <w:r>
        <w:t>Language spoken</w:t>
      </w:r>
    </w:p>
    <w:p w:rsidR="00BE7796" w:rsidRDefault="00E03C61">
      <w:pPr>
        <w:pStyle w:val="ListBullet"/>
        <w:spacing w:after="40"/>
        <w:ind w:left="288" w:hanging="173"/>
      </w:pPr>
      <w:r>
        <w:t>Language accent</w:t>
      </w:r>
    </w:p>
    <w:p w:rsidR="00BE7796" w:rsidRDefault="00E03C61">
      <w:pPr>
        <w:pStyle w:val="ListBullet"/>
        <w:spacing w:after="40"/>
        <w:ind w:left="288" w:hanging="173"/>
      </w:pPr>
      <w:r>
        <w:t>Distinguishing characteristics of voice</w:t>
      </w:r>
    </w:p>
    <w:p w:rsidR="00BE7796" w:rsidRDefault="00E03C61">
      <w:pPr>
        <w:pStyle w:val="ListBullet"/>
        <w:spacing w:after="40"/>
        <w:ind w:left="288" w:hanging="173"/>
      </w:pPr>
      <w:r>
        <w:t>Length of call</w:t>
      </w:r>
    </w:p>
    <w:p w:rsidR="00BE7796" w:rsidRDefault="00E03C61">
      <w:pPr>
        <w:pStyle w:val="ListBullet"/>
        <w:spacing w:after="40"/>
        <w:ind w:left="288" w:hanging="173"/>
      </w:pPr>
      <w:r>
        <w:t>Number at which it was received</w:t>
      </w:r>
    </w:p>
    <w:p w:rsidR="00BE7796" w:rsidRDefault="00E03C61">
      <w:pPr>
        <w:pStyle w:val="ListBullet"/>
        <w:spacing w:after="40"/>
        <w:ind w:left="288" w:hanging="173"/>
      </w:pPr>
      <w:r>
        <w:t>Date/Time</w:t>
      </w:r>
    </w:p>
    <w:p w:rsidR="00BE7796" w:rsidRDefault="00E03C61">
      <w:pPr>
        <w:pStyle w:val="ListBullet"/>
        <w:spacing w:after="40"/>
        <w:ind w:left="288" w:hanging="173"/>
      </w:pPr>
      <w:r>
        <w:t>Background sounds</w:t>
      </w:r>
    </w:p>
    <w:p w:rsidR="00BE7796" w:rsidRDefault="00E03C61">
      <w:r>
        <w:t>If possible, ask the following:</w:t>
      </w:r>
    </w:p>
    <w:p w:rsidR="00BE7796" w:rsidRDefault="00E03C61">
      <w:pPr>
        <w:pStyle w:val="ListBullet"/>
        <w:spacing w:after="40"/>
        <w:ind w:left="288" w:hanging="173"/>
      </w:pPr>
      <w:r>
        <w:t>Where is it right now?</w:t>
      </w:r>
    </w:p>
    <w:p w:rsidR="00BE7796" w:rsidRDefault="00E03C61">
      <w:pPr>
        <w:pStyle w:val="ListBullet"/>
        <w:spacing w:after="40"/>
        <w:ind w:left="288" w:hanging="173"/>
      </w:pPr>
      <w:r>
        <w:t>What does it look like?</w:t>
      </w:r>
    </w:p>
    <w:p w:rsidR="00BE7796" w:rsidRDefault="00E03C61">
      <w:pPr>
        <w:pStyle w:val="ListBullet"/>
        <w:spacing w:after="40"/>
        <w:ind w:left="288" w:hanging="173"/>
      </w:pPr>
      <w:r>
        <w:t>What kind of bomb is it?</w:t>
      </w:r>
    </w:p>
    <w:p w:rsidR="00BE7796" w:rsidRDefault="00E03C61">
      <w:pPr>
        <w:pStyle w:val="ListBullet"/>
        <w:spacing w:after="40"/>
        <w:ind w:left="288" w:hanging="173"/>
      </w:pPr>
      <w:r>
        <w:t>What will cause it to explode?</w:t>
      </w:r>
    </w:p>
    <w:p w:rsidR="00BE7796" w:rsidRDefault="00E03C61">
      <w:pPr>
        <w:pStyle w:val="ListBullet"/>
        <w:spacing w:after="40"/>
        <w:ind w:left="288" w:hanging="173"/>
      </w:pPr>
      <w:r>
        <w:t>Did you place the bomb?</w:t>
      </w:r>
    </w:p>
    <w:p w:rsidR="00BE7796" w:rsidRDefault="00E03C61">
      <w:pPr>
        <w:pStyle w:val="ListBullet"/>
        <w:spacing w:after="40"/>
        <w:ind w:left="288" w:hanging="173"/>
      </w:pPr>
      <w:r>
        <w:t>Why?</w:t>
      </w:r>
    </w:p>
    <w:p w:rsidR="00BE7796" w:rsidRDefault="00E03C61">
      <w:pPr>
        <w:pStyle w:val="ListBullet"/>
        <w:spacing w:after="40"/>
        <w:ind w:left="288" w:hanging="173"/>
      </w:pPr>
      <w:r>
        <w:t>What is your address?</w:t>
      </w:r>
    </w:p>
    <w:p w:rsidR="00BE7796" w:rsidRDefault="00E03C61">
      <w:pPr>
        <w:pStyle w:val="ListBullet"/>
        <w:spacing w:after="40"/>
        <w:ind w:left="288" w:hanging="173"/>
      </w:pPr>
      <w:r>
        <w:t>What is your name?</w:t>
      </w:r>
    </w:p>
    <w:p w:rsidR="00BE7796" w:rsidRDefault="00BE7796"/>
    <w:p w:rsidR="00904E9B" w:rsidRDefault="00904E9B">
      <w:pPr>
        <w:spacing w:before="100"/>
        <w:rPr>
          <w:b/>
          <w:sz w:val="36"/>
        </w:rPr>
      </w:pPr>
    </w:p>
    <w:p w:rsidR="00904E9B" w:rsidRDefault="00904E9B">
      <w:pPr>
        <w:spacing w:before="100"/>
        <w:rPr>
          <w:b/>
          <w:sz w:val="36"/>
        </w:rPr>
      </w:pPr>
    </w:p>
    <w:p w:rsidR="00904E9B" w:rsidRDefault="00904E9B">
      <w:pPr>
        <w:spacing w:before="100"/>
        <w:rPr>
          <w:b/>
          <w:sz w:val="36"/>
        </w:rPr>
      </w:pPr>
    </w:p>
    <w:p w:rsidR="00904E9B" w:rsidRDefault="00904E9B">
      <w:pPr>
        <w:spacing w:before="100"/>
        <w:rPr>
          <w:b/>
          <w:sz w:val="36"/>
        </w:rPr>
      </w:pPr>
    </w:p>
    <w:p w:rsidR="00904E9B" w:rsidRDefault="00904E9B">
      <w:pPr>
        <w:spacing w:before="100"/>
        <w:rPr>
          <w:b/>
          <w:sz w:val="36"/>
        </w:rPr>
      </w:pPr>
    </w:p>
    <w:p w:rsidR="00904E9B" w:rsidRDefault="00904E9B">
      <w:pPr>
        <w:spacing w:before="100"/>
        <w:rPr>
          <w:b/>
          <w:sz w:val="36"/>
        </w:rPr>
      </w:pPr>
    </w:p>
    <w:p w:rsidR="00904E9B" w:rsidRDefault="00904E9B">
      <w:pPr>
        <w:spacing w:before="100"/>
        <w:rPr>
          <w:b/>
          <w:sz w:val="36"/>
        </w:rPr>
      </w:pPr>
    </w:p>
    <w:p w:rsidR="00904E9B" w:rsidRDefault="00904E9B">
      <w:pPr>
        <w:spacing w:before="100"/>
        <w:rPr>
          <w:b/>
          <w:sz w:val="36"/>
        </w:rPr>
      </w:pPr>
    </w:p>
    <w:p w:rsidR="00904E9B" w:rsidRDefault="00904E9B">
      <w:pPr>
        <w:spacing w:before="100"/>
        <w:rPr>
          <w:b/>
          <w:sz w:val="36"/>
        </w:rPr>
      </w:pPr>
    </w:p>
    <w:p w:rsidR="00BE7796" w:rsidRDefault="00E03C61">
      <w:pPr>
        <w:spacing w:before="100"/>
      </w:pPr>
      <w:r>
        <w:rPr>
          <w:b/>
          <w:sz w:val="36"/>
        </w:rPr>
        <w:t>ACTIVE SHOOTER/ASSAILANT</w:t>
      </w:r>
    </w:p>
    <w:p w:rsidR="00BE7796" w:rsidRDefault="00E03C61">
      <w:r>
        <w:t>Keeping a survival mindset is vital.</w:t>
      </w:r>
    </w:p>
    <w:p w:rsidR="00BE7796" w:rsidRDefault="00E03C61">
      <w:r>
        <w:t>Below are some acti</w:t>
      </w:r>
      <w:r>
        <w:t>ons that can be taken.</w:t>
      </w:r>
    </w:p>
    <w:p w:rsidR="00BE7796" w:rsidRDefault="00E03C61">
      <w:r>
        <w:t>RUN</w:t>
      </w:r>
    </w:p>
    <w:p w:rsidR="00BE7796" w:rsidRDefault="00E03C61">
      <w:pPr>
        <w:pStyle w:val="ListBullet"/>
        <w:spacing w:after="40"/>
        <w:ind w:left="288" w:hanging="173"/>
      </w:pPr>
      <w:r>
        <w:t>Have an escape route in mind and Get out!!</w:t>
      </w:r>
    </w:p>
    <w:p w:rsidR="00BE7796" w:rsidRDefault="00E03C61">
      <w:pPr>
        <w:pStyle w:val="ListBullet"/>
        <w:spacing w:after="40"/>
        <w:ind w:left="288" w:hanging="173"/>
      </w:pPr>
      <w:r>
        <w:t>Leave your belongings behind</w:t>
      </w:r>
    </w:p>
    <w:p w:rsidR="00BE7796" w:rsidRDefault="00E03C61">
      <w:pPr>
        <w:pStyle w:val="ListBullet"/>
        <w:spacing w:after="40"/>
        <w:ind w:left="288" w:hanging="173"/>
      </w:pPr>
      <w:r>
        <w:t>Keep your hands visible and follow Police instructions</w:t>
      </w:r>
    </w:p>
    <w:p w:rsidR="00BE7796" w:rsidRDefault="00E03C61">
      <w:r>
        <w:t>HIDE</w:t>
      </w:r>
    </w:p>
    <w:p w:rsidR="00BE7796" w:rsidRDefault="00E03C61">
      <w:pPr>
        <w:pStyle w:val="ListBullet"/>
        <w:spacing w:after="40"/>
        <w:ind w:left="288" w:hanging="173"/>
      </w:pPr>
      <w:r>
        <w:t>Lock the door</w:t>
      </w:r>
    </w:p>
    <w:p w:rsidR="00BE7796" w:rsidRDefault="00E03C61">
      <w:pPr>
        <w:pStyle w:val="ListBullet"/>
        <w:spacing w:after="40"/>
        <w:ind w:left="288" w:hanging="173"/>
      </w:pPr>
      <w:r>
        <w:t>Silence all electronic devices (i.e. Radios, Cell Phones, TV’s)</w:t>
      </w:r>
    </w:p>
    <w:p w:rsidR="00BE7796" w:rsidRDefault="00E03C61">
      <w:pPr>
        <w:pStyle w:val="ListBullet"/>
        <w:spacing w:after="40"/>
        <w:ind w:left="288" w:hanging="173"/>
      </w:pPr>
      <w:r>
        <w:t>Remain quiet</w:t>
      </w:r>
    </w:p>
    <w:p w:rsidR="00BE7796" w:rsidRDefault="00E03C61">
      <w:r>
        <w:t>FIGHT</w:t>
      </w:r>
    </w:p>
    <w:p w:rsidR="00BE7796" w:rsidRDefault="00E03C61">
      <w:pPr>
        <w:pStyle w:val="ListBullet"/>
        <w:spacing w:after="40"/>
        <w:ind w:left="288" w:hanging="173"/>
      </w:pPr>
      <w:r>
        <w:t>As a last resort, and only when your life is in imminent danger, attempt to disrupt or incapacitate the shooter by acting as aggressively as possible, throwing items, yelling, and committing to your actions.</w:t>
      </w:r>
    </w:p>
    <w:p w:rsidR="00BE7796" w:rsidRDefault="00E03C61">
      <w:r>
        <w:t>When safe to do so…</w:t>
      </w:r>
    </w:p>
    <w:p w:rsidR="00BE7796" w:rsidRDefault="00E03C61">
      <w:pPr>
        <w:pStyle w:val="ListBullet"/>
        <w:spacing w:after="40"/>
        <w:ind w:left="288" w:hanging="173"/>
      </w:pPr>
      <w:r>
        <w:t>CALL 911 from any campus pho</w:t>
      </w:r>
      <w:r>
        <w:t>ne or a cell phone</w:t>
      </w:r>
    </w:p>
    <w:p w:rsidR="00BE7796" w:rsidRDefault="00E03C61">
      <w:pPr>
        <w:pStyle w:val="ListBullet"/>
        <w:spacing w:after="40"/>
        <w:ind w:left="288" w:hanging="173"/>
      </w:pPr>
      <w:r>
        <w:t>REPORT the incident to Security by pushing the Emergency button or dialing 6100 on a campus phone, dialing 413-236-1010 from a cell phone, or using Emergency Phones.</w:t>
      </w:r>
    </w:p>
    <w:p w:rsidR="00BE7796" w:rsidRDefault="00BE7796"/>
    <w:p w:rsidR="00BE7796" w:rsidRDefault="00E03C61">
      <w:pPr>
        <w:spacing w:before="100"/>
      </w:pPr>
      <w:r>
        <w:rPr>
          <w:b/>
          <w:sz w:val="36"/>
        </w:rPr>
        <w:t>AREAS OF RESCUE ASSISTANCE - ARA</w:t>
      </w:r>
    </w:p>
    <w:p w:rsidR="00BE7796" w:rsidRDefault="00E03C61">
      <w:pPr>
        <w:pStyle w:val="ListBullet"/>
        <w:spacing w:after="40"/>
        <w:ind w:left="288" w:hanging="173"/>
      </w:pPr>
      <w:r>
        <w:t>Susan B Anthony - 1st Floor, Patio ne</w:t>
      </w:r>
      <w:r>
        <w:t>xt to Student Lounge</w:t>
      </w:r>
    </w:p>
    <w:p w:rsidR="00BE7796" w:rsidRDefault="00E03C61">
      <w:pPr>
        <w:pStyle w:val="ListBullet"/>
        <w:spacing w:after="40"/>
        <w:ind w:left="288" w:hanging="173"/>
      </w:pPr>
      <w:r>
        <w:t>Field Administration - 2nd Floor, next to Room 217</w:t>
      </w:r>
    </w:p>
    <w:p w:rsidR="00BE7796" w:rsidRDefault="00E03C61">
      <w:pPr>
        <w:pStyle w:val="ListBullet"/>
        <w:spacing w:after="40"/>
        <w:ind w:left="288" w:hanging="173"/>
      </w:pPr>
      <w:r>
        <w:t>Library - 1st Floor, next to Reference Area</w:t>
      </w:r>
    </w:p>
    <w:p w:rsidR="00BE7796" w:rsidRDefault="00E03C61">
      <w:pPr>
        <w:pStyle w:val="ListBullet"/>
        <w:spacing w:after="40"/>
        <w:ind w:left="288" w:hanging="173"/>
      </w:pPr>
      <w:r>
        <w:t>Koussevitzky - 2nd Floor - Stairwell by K-202</w:t>
      </w:r>
    </w:p>
    <w:p w:rsidR="00BE7796" w:rsidRDefault="00E03C61">
      <w:pPr>
        <w:pStyle w:val="ListBullet"/>
        <w:spacing w:after="40"/>
        <w:ind w:left="288" w:hanging="173"/>
      </w:pPr>
      <w:r>
        <w:t>Koussevitzky - 2nd Floor - Stairwell (library side)</w:t>
      </w:r>
    </w:p>
    <w:p w:rsidR="00BE7796" w:rsidRDefault="00E03C61">
      <w:pPr>
        <w:pStyle w:val="ListBullet"/>
        <w:spacing w:after="40"/>
        <w:ind w:left="288" w:hanging="173"/>
      </w:pPr>
      <w:r>
        <w:t xml:space="preserve">Hawthorne - Level 3 - Stairwell next to H </w:t>
      </w:r>
      <w:r>
        <w:t>321</w:t>
      </w:r>
    </w:p>
    <w:p w:rsidR="00BE7796" w:rsidRDefault="00E03C61">
      <w:pPr>
        <w:pStyle w:val="ListBullet"/>
        <w:spacing w:after="40"/>
        <w:ind w:left="288" w:hanging="173"/>
      </w:pPr>
      <w:r>
        <w:t>Hawthorne - Level 1 - Stairwell next to H 111</w:t>
      </w:r>
    </w:p>
    <w:p w:rsidR="00BE7796" w:rsidRDefault="00E03C61">
      <w:pPr>
        <w:pStyle w:val="ListBullet"/>
        <w:spacing w:after="40"/>
        <w:ind w:left="288" w:hanging="173"/>
      </w:pPr>
      <w:r>
        <w:t>Melville - Level 4 - Stairwell next to M 430</w:t>
      </w:r>
    </w:p>
    <w:p w:rsidR="00BE7796" w:rsidRDefault="00E03C61">
      <w:pPr>
        <w:pStyle w:val="ListBullet"/>
        <w:spacing w:after="40"/>
        <w:ind w:left="288" w:hanging="173"/>
      </w:pPr>
      <w:r>
        <w:t>Melville - Level 2 - Stairwell next to M-214</w:t>
      </w:r>
    </w:p>
    <w:p w:rsidR="00BE7796" w:rsidRDefault="00E03C61">
      <w:pPr>
        <w:pStyle w:val="ListBullet"/>
        <w:spacing w:after="40"/>
        <w:ind w:left="288" w:hanging="173"/>
      </w:pPr>
      <w:r>
        <w:t>Paterson - 2nd Floor - Outside P 202</w:t>
      </w:r>
    </w:p>
    <w:p w:rsidR="00BE7796" w:rsidRDefault="00BE7796"/>
    <w:p w:rsidR="00904E9B" w:rsidRDefault="00904E9B">
      <w:pPr>
        <w:spacing w:before="100"/>
        <w:rPr>
          <w:b/>
          <w:sz w:val="36"/>
        </w:rPr>
      </w:pPr>
    </w:p>
    <w:p w:rsidR="00904E9B" w:rsidRDefault="00904E9B">
      <w:pPr>
        <w:spacing w:before="100"/>
        <w:rPr>
          <w:b/>
          <w:sz w:val="36"/>
        </w:rPr>
      </w:pPr>
    </w:p>
    <w:p w:rsidR="00904E9B" w:rsidRDefault="00904E9B">
      <w:pPr>
        <w:spacing w:before="100"/>
        <w:rPr>
          <w:b/>
          <w:sz w:val="36"/>
        </w:rPr>
      </w:pPr>
    </w:p>
    <w:p w:rsidR="00904E9B" w:rsidRDefault="00904E9B">
      <w:pPr>
        <w:spacing w:before="100"/>
        <w:rPr>
          <w:b/>
          <w:sz w:val="36"/>
        </w:rPr>
      </w:pPr>
    </w:p>
    <w:p w:rsidR="00904E9B" w:rsidRDefault="00904E9B">
      <w:pPr>
        <w:spacing w:before="100"/>
        <w:rPr>
          <w:b/>
          <w:sz w:val="36"/>
        </w:rPr>
      </w:pPr>
    </w:p>
    <w:p w:rsidR="00904E9B" w:rsidRDefault="00904E9B">
      <w:pPr>
        <w:spacing w:before="100"/>
        <w:rPr>
          <w:b/>
          <w:sz w:val="36"/>
        </w:rPr>
      </w:pPr>
    </w:p>
    <w:p w:rsidR="00BE7796" w:rsidRDefault="00E03C61">
      <w:pPr>
        <w:spacing w:before="100"/>
      </w:pPr>
      <w:r>
        <w:rPr>
          <w:b/>
          <w:sz w:val="36"/>
        </w:rPr>
        <w:t>FIRE</w:t>
      </w:r>
    </w:p>
    <w:p w:rsidR="00BE7796" w:rsidRDefault="00E03C61">
      <w:r>
        <w:t>When the fire alarm sounds, if possible, take your belongings, and immedi</w:t>
      </w:r>
      <w:r>
        <w:t>ately exit buildings, and proceed directly to an Emergency Assembly Area (listed as EAA on campus map). Close doors as you leave.</w:t>
      </w:r>
    </w:p>
    <w:p w:rsidR="00BE7796" w:rsidRDefault="00E03C61">
      <w:r>
        <w:t>Smoke is the greatest danger in a fire. As you evacuate, or if you are trapped, always stay near the floor where the air is le</w:t>
      </w:r>
      <w:r>
        <w:t>ss toxic. STAY LOW!</w:t>
      </w:r>
    </w:p>
    <w:p w:rsidR="00BE7796" w:rsidRDefault="00E03C61">
      <w:r>
        <w:t>In advance, familiarize yourself with emergency phone locations, exits, and fire alarm pull stations.</w:t>
      </w:r>
    </w:p>
    <w:p w:rsidR="00BE7796" w:rsidRDefault="00E03C61">
      <w:pPr>
        <w:pStyle w:val="ListBullet"/>
        <w:spacing w:after="40"/>
        <w:ind w:left="288" w:hanging="173"/>
      </w:pPr>
      <w:r>
        <w:t>DO NOT try to fight the fire.</w:t>
      </w:r>
    </w:p>
    <w:p w:rsidR="00BE7796" w:rsidRDefault="00E03C61">
      <w:pPr>
        <w:pStyle w:val="ListBullet"/>
        <w:spacing w:after="40"/>
        <w:ind w:left="288" w:hanging="173"/>
      </w:pPr>
      <w:r>
        <w:t>Exit the building and activate the closest fire alarm, alerting others as you go.</w:t>
      </w:r>
    </w:p>
    <w:p w:rsidR="00BE7796" w:rsidRDefault="00E03C61">
      <w:pPr>
        <w:pStyle w:val="ListBullet"/>
        <w:spacing w:after="40"/>
        <w:ind w:left="288" w:hanging="173"/>
      </w:pPr>
      <w:r>
        <w:t xml:space="preserve">Once out, go to </w:t>
      </w:r>
      <w:r>
        <w:t>Emergency Assembly Area.</w:t>
      </w:r>
    </w:p>
    <w:p w:rsidR="00BE7796" w:rsidRDefault="00E03C61">
      <w:pPr>
        <w:pStyle w:val="ListBullet"/>
        <w:spacing w:after="40"/>
        <w:ind w:left="288" w:hanging="173"/>
      </w:pPr>
      <w:r>
        <w:t>DO NOT re-enter the building for ANY reason.</w:t>
      </w:r>
    </w:p>
    <w:p w:rsidR="00BE7796" w:rsidRDefault="00E03C61">
      <w:pPr>
        <w:pStyle w:val="ListBullet"/>
        <w:spacing w:after="40"/>
        <w:ind w:left="288" w:hanging="173"/>
      </w:pPr>
      <w:r>
        <w:t>DO NOT use elevators during a fire. If you are physically unable to exit the building, go to an Area of Rescue Assistance. (ARA)</w:t>
      </w:r>
    </w:p>
    <w:p w:rsidR="00BE7796" w:rsidRDefault="00E03C61">
      <w:pPr>
        <w:pStyle w:val="ListBullet"/>
        <w:spacing w:after="40"/>
        <w:ind w:left="288" w:hanging="173"/>
      </w:pPr>
      <w:r>
        <w:t>Wait for directions from your Emergency Assembly Coordina</w:t>
      </w:r>
      <w:r>
        <w:t>tor (EAC) on site.</w:t>
      </w:r>
    </w:p>
    <w:p w:rsidR="00BE7796" w:rsidRDefault="00E03C61">
      <w:r>
        <w:t>Area of Rescue Assistance (ARA)</w:t>
      </w:r>
    </w:p>
    <w:p w:rsidR="00BE7796" w:rsidRDefault="00E03C61">
      <w:r>
        <w:t xml:space="preserve">ARAs are the designated areas where you should go if you are unable to use stairs during a fire evacuation. In advance, familiarize yourself with these locations (see maps in classrooms). ARAs are located </w:t>
      </w:r>
      <w:r>
        <w:t>throughout the campus on the second floor of most buildings. The areas are clearly marked “Area of Rescue Assistance” on red and white signs.</w:t>
      </w:r>
    </w:p>
    <w:p w:rsidR="00BE7796" w:rsidRDefault="00E03C61">
      <w:r>
        <w:t>Emergency responders FIRST look at all ARAs for anyone in need of help evacuating the building.</w:t>
      </w:r>
    </w:p>
    <w:p w:rsidR="00BE7796" w:rsidRDefault="00E03C61">
      <w:r>
        <w:t xml:space="preserve">If trapped during </w:t>
      </w:r>
      <w:r>
        <w:t>a fire:</w:t>
      </w:r>
    </w:p>
    <w:p w:rsidR="00BE7796" w:rsidRDefault="00E03C61">
      <w:pPr>
        <w:pStyle w:val="ListBullet"/>
        <w:spacing w:after="40"/>
        <w:ind w:left="288" w:hanging="173"/>
      </w:pPr>
      <w:r>
        <w:t>Shout at regular intervals to alert emergency crews of your location.</w:t>
      </w:r>
    </w:p>
    <w:p w:rsidR="00BE7796" w:rsidRDefault="00E03C61">
      <w:pPr>
        <w:pStyle w:val="ListBullet"/>
        <w:spacing w:after="40"/>
        <w:ind w:left="288" w:hanging="173"/>
      </w:pPr>
      <w:r>
        <w:t>Find a window and place an article of clothing outside as a marker.</w:t>
      </w:r>
    </w:p>
    <w:p w:rsidR="00BE7796" w:rsidRDefault="00E03C61">
      <w:pPr>
        <w:pStyle w:val="ListBullet"/>
        <w:spacing w:after="40"/>
        <w:ind w:left="288" w:hanging="173"/>
      </w:pPr>
      <w:r>
        <w:t>Stay low on your knees or belly to avoid the most toxic smoke.</w:t>
      </w:r>
    </w:p>
    <w:p w:rsidR="00BE7796" w:rsidRDefault="00BE7796"/>
    <w:p w:rsidR="00904E9B" w:rsidRDefault="00904E9B">
      <w:pPr>
        <w:spacing w:before="100"/>
        <w:rPr>
          <w:b/>
          <w:sz w:val="36"/>
        </w:rPr>
      </w:pPr>
    </w:p>
    <w:p w:rsidR="00904E9B" w:rsidRDefault="00904E9B">
      <w:pPr>
        <w:spacing w:before="100"/>
        <w:rPr>
          <w:b/>
          <w:sz w:val="36"/>
        </w:rPr>
      </w:pPr>
    </w:p>
    <w:p w:rsidR="00904E9B" w:rsidRDefault="00904E9B">
      <w:pPr>
        <w:spacing w:before="100"/>
        <w:rPr>
          <w:b/>
          <w:sz w:val="36"/>
        </w:rPr>
      </w:pPr>
    </w:p>
    <w:p w:rsidR="00904E9B" w:rsidRDefault="00904E9B">
      <w:pPr>
        <w:spacing w:before="100"/>
        <w:rPr>
          <w:b/>
          <w:sz w:val="36"/>
        </w:rPr>
      </w:pPr>
    </w:p>
    <w:p w:rsidR="00904E9B" w:rsidRDefault="00904E9B">
      <w:pPr>
        <w:spacing w:before="100"/>
        <w:rPr>
          <w:b/>
          <w:sz w:val="36"/>
        </w:rPr>
      </w:pPr>
    </w:p>
    <w:p w:rsidR="00904E9B" w:rsidRDefault="00904E9B">
      <w:pPr>
        <w:spacing w:before="100"/>
        <w:rPr>
          <w:b/>
          <w:sz w:val="36"/>
        </w:rPr>
      </w:pPr>
    </w:p>
    <w:p w:rsidR="00904E9B" w:rsidRDefault="00904E9B">
      <w:pPr>
        <w:spacing w:before="100"/>
        <w:rPr>
          <w:b/>
          <w:sz w:val="36"/>
        </w:rPr>
      </w:pPr>
    </w:p>
    <w:p w:rsidR="00904E9B" w:rsidRDefault="00904E9B">
      <w:pPr>
        <w:spacing w:before="100"/>
        <w:rPr>
          <w:b/>
          <w:sz w:val="36"/>
        </w:rPr>
      </w:pPr>
    </w:p>
    <w:p w:rsidR="00904E9B" w:rsidRDefault="00904E9B">
      <w:pPr>
        <w:spacing w:before="100"/>
        <w:rPr>
          <w:b/>
          <w:sz w:val="36"/>
        </w:rPr>
      </w:pPr>
    </w:p>
    <w:p w:rsidR="00904E9B" w:rsidRDefault="00904E9B">
      <w:pPr>
        <w:spacing w:before="100"/>
        <w:rPr>
          <w:b/>
          <w:sz w:val="36"/>
        </w:rPr>
      </w:pPr>
    </w:p>
    <w:p w:rsidR="00904E9B" w:rsidRDefault="00904E9B">
      <w:pPr>
        <w:spacing w:before="100"/>
        <w:rPr>
          <w:b/>
          <w:sz w:val="36"/>
        </w:rPr>
      </w:pPr>
    </w:p>
    <w:p w:rsidR="00BE7796" w:rsidRDefault="00E03C61">
      <w:pPr>
        <w:spacing w:before="100"/>
      </w:pPr>
      <w:r>
        <w:rPr>
          <w:b/>
          <w:sz w:val="36"/>
        </w:rPr>
        <w:t>WHAT TO DO IF…</w:t>
      </w:r>
    </w:p>
    <w:p w:rsidR="00BE7796" w:rsidRDefault="00E03C61">
      <w:r>
        <w:t>Inappropriate or Disruptive Beh</w:t>
      </w:r>
      <w:r>
        <w:t>avior?</w:t>
      </w:r>
    </w:p>
    <w:p w:rsidR="00BE7796" w:rsidRDefault="00E03C61">
      <w:pPr>
        <w:pStyle w:val="ListBullet"/>
        <w:spacing w:after="40"/>
        <w:ind w:left="288" w:hanging="173"/>
      </w:pPr>
      <w:r>
        <w:t>Contact the CARE Team or Campus Safety &amp; Security</w:t>
      </w:r>
    </w:p>
    <w:p w:rsidR="00BE7796" w:rsidRDefault="00E03C61">
      <w:pPr>
        <w:pStyle w:val="ListBullet"/>
        <w:spacing w:after="40"/>
        <w:ind w:left="288" w:hanging="173"/>
      </w:pPr>
      <w:r>
        <w:t>Campus Safety &amp; Security – 413-236-1010</w:t>
      </w:r>
    </w:p>
    <w:p w:rsidR="00BE7796" w:rsidRDefault="00E03C61">
      <w:pPr>
        <w:pStyle w:val="ListBullet"/>
        <w:spacing w:after="40"/>
        <w:ind w:left="288" w:hanging="173"/>
      </w:pPr>
      <w:r>
        <w:t>Anonymous Reporting - Submit a Concern Report – www.berkshirecc.edu/safety or the BCC Mobile Application. Dashboard/Information/Submit a Concern</w:t>
      </w:r>
    </w:p>
    <w:p w:rsidR="00BE7796" w:rsidRDefault="00E03C61">
      <w:r>
        <w:t xml:space="preserve">Others/I feel </w:t>
      </w:r>
      <w:r>
        <w:t>threatened?</w:t>
      </w:r>
    </w:p>
    <w:p w:rsidR="00BE7796" w:rsidRDefault="00E03C61">
      <w:pPr>
        <w:pStyle w:val="ListBullet"/>
        <w:spacing w:after="40"/>
        <w:ind w:left="288" w:hanging="173"/>
      </w:pPr>
      <w:r>
        <w:t>Call Campus Security by pushing the Emergency button on a campus phone, dialing 413-236-1010 from a cell phone, or using an Emergency Phone (located on main campus only).</w:t>
      </w:r>
    </w:p>
    <w:p w:rsidR="00BE7796" w:rsidRDefault="00E03C61">
      <w:r>
        <w:t>SPECIAL CONCERNS….</w:t>
      </w:r>
    </w:p>
    <w:p w:rsidR="00BE7796" w:rsidRDefault="00E03C61">
      <w:pPr>
        <w:pStyle w:val="ListBullet"/>
        <w:spacing w:after="40"/>
        <w:ind w:left="288" w:hanging="173"/>
      </w:pPr>
      <w:r>
        <w:t>Alert students that any reference of hurting themselve</w:t>
      </w:r>
      <w:r>
        <w:t>s or others cannot be kept confidential.</w:t>
      </w:r>
    </w:p>
    <w:p w:rsidR="00BE7796" w:rsidRDefault="00E03C61">
      <w:pPr>
        <w:pStyle w:val="ListBullet"/>
        <w:spacing w:after="40"/>
        <w:ind w:left="288" w:hanging="173"/>
      </w:pPr>
      <w:r>
        <w:t xml:space="preserve">Do not release any information about a student, such as class schedule, academic progress, telephone number, address, health related issues, etc. to any non-employee, including parents and family members. Refer all </w:t>
      </w:r>
      <w:r>
        <w:t>inquiries to the Registrar’s Office at ext. 2137.</w:t>
      </w:r>
    </w:p>
    <w:p w:rsidR="00BE7796" w:rsidRDefault="00E03C61">
      <w:r>
        <w:t>WHAT DO I DO IF A STUDENT TELLS ME…?</w:t>
      </w:r>
    </w:p>
    <w:p w:rsidR="00BE7796" w:rsidRDefault="00E03C61">
      <w:r>
        <w:t>“I feel ill or have been injured.”</w:t>
      </w:r>
    </w:p>
    <w:p w:rsidR="00BE7796" w:rsidRDefault="00E03C61">
      <w:pPr>
        <w:pStyle w:val="ListBullet"/>
        <w:spacing w:after="40"/>
        <w:ind w:left="288" w:hanging="173"/>
      </w:pPr>
      <w:r>
        <w:t>Refer the student to the Campus Security ext. 6100</w:t>
      </w:r>
    </w:p>
    <w:p w:rsidR="00BE7796" w:rsidRDefault="00E03C61">
      <w:pPr>
        <w:pStyle w:val="ListBullet"/>
        <w:spacing w:after="40"/>
        <w:ind w:left="288" w:hanging="173"/>
      </w:pPr>
      <w:r>
        <w:t>If the illness or injury is severe, call 911.</w:t>
      </w:r>
    </w:p>
    <w:p w:rsidR="00BE7796" w:rsidRDefault="00E03C61">
      <w:r>
        <w:t xml:space="preserve">“I believe I am being sexually </w:t>
      </w:r>
      <w:r>
        <w:t>harassed or discriminated against on campus.”</w:t>
      </w:r>
    </w:p>
    <w:p w:rsidR="00BE7796" w:rsidRDefault="00E03C61">
      <w:pPr>
        <w:pStyle w:val="ListBullet"/>
        <w:spacing w:after="40"/>
        <w:ind w:left="288" w:hanging="173"/>
      </w:pPr>
      <w:r>
        <w:t>Listen attentively without judgment.</w:t>
      </w:r>
    </w:p>
    <w:p w:rsidR="00BE7796" w:rsidRDefault="00E03C61">
      <w:pPr>
        <w:pStyle w:val="ListBullet"/>
        <w:spacing w:after="40"/>
        <w:ind w:left="288" w:hanging="173"/>
      </w:pPr>
      <w:r>
        <w:t>Do not make assumptions or draw conclusions.</w:t>
      </w:r>
    </w:p>
    <w:p w:rsidR="00BE7796" w:rsidRDefault="00E03C61">
      <w:pPr>
        <w:pStyle w:val="ListBullet"/>
        <w:spacing w:after="40"/>
        <w:ind w:left="288" w:hanging="173"/>
      </w:pPr>
      <w:r>
        <w:t>This is a very serious matter and must be dealt with confidentially.</w:t>
      </w:r>
    </w:p>
    <w:p w:rsidR="00BE7796" w:rsidRDefault="00E03C61">
      <w:pPr>
        <w:pStyle w:val="ListBullet"/>
        <w:spacing w:after="40"/>
        <w:ind w:left="288" w:hanging="173"/>
      </w:pPr>
      <w:r>
        <w:t>Refer the student to the Dean of Students (ext. 1601) or Ti</w:t>
      </w:r>
      <w:r>
        <w:t>tle IX/Affirmative Action Officer (ext. 1027).</w:t>
      </w:r>
    </w:p>
    <w:p w:rsidR="00BE7796" w:rsidRDefault="00E03C61">
      <w:r>
        <w:t>“I have a disability.”</w:t>
      </w:r>
    </w:p>
    <w:p w:rsidR="00BE7796" w:rsidRDefault="00E03C61">
      <w:pPr>
        <w:pStyle w:val="ListBullet"/>
        <w:spacing w:after="40"/>
        <w:ind w:left="288" w:hanging="173"/>
      </w:pPr>
      <w:r>
        <w:t>Direct the student to contact the Disability Services Office at DRC@Berkshirecc.edu.</w:t>
      </w:r>
    </w:p>
    <w:p w:rsidR="00BE7796" w:rsidRDefault="00E03C61">
      <w:pPr>
        <w:pStyle w:val="ListBullet"/>
        <w:spacing w:after="40"/>
        <w:ind w:left="288" w:hanging="173"/>
      </w:pPr>
      <w:r>
        <w:t>For accommodation information or consultation, contact Disability Services.</w:t>
      </w:r>
    </w:p>
    <w:p w:rsidR="00BE7796" w:rsidRDefault="00E03C61">
      <w:r>
        <w:t>“I am thinking about suic</w:t>
      </w:r>
      <w:r>
        <w:t>ide.”</w:t>
      </w:r>
    </w:p>
    <w:p w:rsidR="00BE7796" w:rsidRDefault="00E03C61">
      <w:pPr>
        <w:pStyle w:val="ListBullet"/>
        <w:spacing w:after="40"/>
        <w:ind w:left="288" w:hanging="173"/>
      </w:pPr>
      <w:r>
        <w:t>Take any reference to suicide seriously.</w:t>
      </w:r>
    </w:p>
    <w:p w:rsidR="00BE7796" w:rsidRDefault="00E03C61">
      <w:pPr>
        <w:pStyle w:val="ListBullet"/>
        <w:spacing w:after="40"/>
        <w:ind w:left="288" w:hanging="173"/>
      </w:pPr>
      <w:r>
        <w:t>If the student is in immediate danger of hurting him/herself or others, call 911.</w:t>
      </w:r>
    </w:p>
    <w:p w:rsidR="00BE7796" w:rsidRDefault="00E03C61">
      <w:pPr>
        <w:pStyle w:val="ListBullet"/>
        <w:spacing w:after="40"/>
        <w:ind w:left="288" w:hanging="173"/>
      </w:pPr>
      <w:r>
        <w:t>Listen to the student and share your concern about his/her safety.</w:t>
      </w:r>
    </w:p>
    <w:p w:rsidR="00BE7796" w:rsidRDefault="00E03C61">
      <w:pPr>
        <w:pStyle w:val="ListBullet"/>
        <w:spacing w:after="40"/>
        <w:ind w:left="288" w:hanging="173"/>
      </w:pPr>
      <w:r>
        <w:t xml:space="preserve">Refer the student to the Counseling Services Office or call </w:t>
      </w:r>
      <w:r>
        <w:t>ext. 1617.</w:t>
      </w:r>
    </w:p>
    <w:p w:rsidR="00BE7796" w:rsidRDefault="00E03C61">
      <w:pPr>
        <w:pStyle w:val="ListBullet"/>
        <w:spacing w:after="40"/>
        <w:ind w:left="288" w:hanging="173"/>
      </w:pPr>
      <w:r>
        <w:t>Contact Safety &amp; Security ext. 6100.</w:t>
      </w:r>
    </w:p>
    <w:p w:rsidR="00BE7796" w:rsidRDefault="00E03C61">
      <w:pPr>
        <w:pStyle w:val="ListBullet"/>
        <w:spacing w:after="40"/>
        <w:ind w:left="288" w:hanging="173"/>
      </w:pPr>
      <w:r>
        <w:t>Have the student call or text, 988 the Suicide and Crisis Lifeline, available 24/7.</w:t>
      </w:r>
    </w:p>
    <w:p w:rsidR="00BE7796" w:rsidRDefault="00BE7796"/>
    <w:sectPr w:rsidR="00BE7796" w:rsidSect="00034616">
      <w:footerReference w:type="default" r:id="rId8"/>
      <w:pgSz w:w="12240" w:h="15840"/>
      <w:pgMar w:top="79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3C61" w:rsidRDefault="00E03C61">
      <w:pPr>
        <w:spacing w:after="0" w:line="240" w:lineRule="auto"/>
      </w:pPr>
      <w:r>
        <w:separator/>
      </w:r>
    </w:p>
  </w:endnote>
  <w:endnote w:type="continuationSeparator" w:id="0">
    <w:p w:rsidR="00E03C61" w:rsidRDefault="00E03C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796" w:rsidRDefault="00E03C61">
    <w:pPr>
      <w:pStyle w:val="Footer"/>
      <w:jc w:val="center"/>
    </w:pPr>
    <w:r>
      <w:rPr>
        <w:sz w:val="16"/>
      </w:rPr>
      <w:t xml:space="preserve">BCC Emergency Guide  •  </w:t>
    </w:r>
    <w:r>
      <w:fldChar w:fldCharType="begin"/>
    </w:r>
    <w:r>
      <w:instrText>PAGE</w:instrText>
    </w:r>
    <w:r>
      <w:fldChar w:fldCharType="separate"/>
    </w:r>
    <w:r w:rsidR="00904E9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3C61" w:rsidRDefault="00E03C61">
      <w:pPr>
        <w:spacing w:after="0" w:line="240" w:lineRule="auto"/>
      </w:pPr>
      <w:r>
        <w:separator/>
      </w:r>
    </w:p>
  </w:footnote>
  <w:footnote w:type="continuationSeparator" w:id="0">
    <w:p w:rsidR="00E03C61" w:rsidRDefault="00E03C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904E9B"/>
    <w:rsid w:val="00AA1D8D"/>
    <w:rsid w:val="00B47730"/>
    <w:rsid w:val="00BE7796"/>
    <w:rsid w:val="00CB0664"/>
    <w:rsid w:val="00E03C6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77255C"/>
  <w14:defaultImageDpi w14:val="300"/>
  <w15:docId w15:val="{FB8AF4E6-90F7-4268-8CEB-9E3D3621C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pPr>
      <w:spacing w:after="80"/>
    </w:pPr>
    <w:rPr>
      <w:rFonts w:ascii="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4AE61-379E-426F-A84C-998A0A04F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1659</Words>
  <Characters>9461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11098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Seth Tuper</cp:lastModifiedBy>
  <cp:revision>2</cp:revision>
  <dcterms:created xsi:type="dcterms:W3CDTF">2026-08-14T19:41:00Z</dcterms:created>
  <dcterms:modified xsi:type="dcterms:W3CDTF">2026-08-14T19:41:00Z</dcterms:modified>
  <cp:category/>
</cp:coreProperties>
</file>